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C46" w:rsidRPr="00240C46" w:rsidRDefault="00240C46" w:rsidP="00240C46">
      <w:pPr>
        <w:pStyle w:val="a9"/>
        <w:spacing w:line="276" w:lineRule="auto"/>
        <w:ind w:left="8505" w:right="-314"/>
        <w:rPr>
          <w:rFonts w:ascii="Times New Roman" w:hAnsi="Times New Roman"/>
          <w:sz w:val="24"/>
          <w:szCs w:val="24"/>
          <w:lang w:val="ru-RU"/>
        </w:rPr>
      </w:pPr>
      <w:r w:rsidRPr="00240C46">
        <w:rPr>
          <w:rFonts w:ascii="Times New Roman" w:hAnsi="Times New Roman"/>
          <w:sz w:val="24"/>
          <w:szCs w:val="24"/>
          <w:lang w:val="ru-RU"/>
        </w:rPr>
        <w:t>Затверджую</w:t>
      </w:r>
    </w:p>
    <w:p w:rsidR="00240C46" w:rsidRPr="00240C46" w:rsidRDefault="00240C46" w:rsidP="00240C46">
      <w:pPr>
        <w:pStyle w:val="a9"/>
        <w:spacing w:line="276" w:lineRule="auto"/>
        <w:ind w:left="8505" w:right="-314"/>
        <w:rPr>
          <w:rFonts w:ascii="Times New Roman" w:hAnsi="Times New Roman"/>
          <w:sz w:val="24"/>
          <w:szCs w:val="24"/>
          <w:lang w:val="ru-RU"/>
        </w:rPr>
      </w:pPr>
      <w:r w:rsidRPr="00240C46">
        <w:rPr>
          <w:rFonts w:ascii="Times New Roman" w:hAnsi="Times New Roman"/>
          <w:sz w:val="24"/>
          <w:szCs w:val="24"/>
          <w:lang w:val="ru-RU"/>
        </w:rPr>
        <w:t xml:space="preserve">Директор </w:t>
      </w:r>
      <w:proofErr w:type="gramStart"/>
      <w:r w:rsidRPr="00240C46">
        <w:rPr>
          <w:rFonts w:ascii="Times New Roman" w:hAnsi="Times New Roman"/>
          <w:sz w:val="24"/>
          <w:szCs w:val="24"/>
          <w:lang w:val="ru-RU"/>
        </w:rPr>
        <w:t>спец</w:t>
      </w:r>
      <w:proofErr w:type="gramEnd"/>
      <w:r w:rsidRPr="00240C46">
        <w:rPr>
          <w:rFonts w:ascii="Times New Roman" w:hAnsi="Times New Roman"/>
          <w:sz w:val="24"/>
          <w:szCs w:val="24"/>
          <w:lang w:val="ru-RU"/>
        </w:rPr>
        <w:t>іальної школи</w:t>
      </w:r>
      <w:r w:rsidRPr="00D015C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40C46">
        <w:rPr>
          <w:rFonts w:ascii="Times New Roman" w:hAnsi="Times New Roman"/>
          <w:sz w:val="24"/>
          <w:szCs w:val="24"/>
          <w:lang w:val="ru-RU"/>
        </w:rPr>
        <w:t>_____________</w:t>
      </w:r>
      <w:r w:rsidRPr="00D015C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40C46">
        <w:rPr>
          <w:rFonts w:ascii="Times New Roman" w:hAnsi="Times New Roman"/>
          <w:sz w:val="24"/>
          <w:szCs w:val="24"/>
          <w:lang w:val="ru-RU"/>
        </w:rPr>
        <w:t>Тетяна АЛЬОШИЧЕВА</w:t>
      </w:r>
    </w:p>
    <w:p w:rsidR="00240C46" w:rsidRPr="00D015CB" w:rsidRDefault="00240C46" w:rsidP="00240C46">
      <w:pPr>
        <w:pStyle w:val="a9"/>
        <w:spacing w:line="276" w:lineRule="auto"/>
        <w:ind w:left="8505"/>
        <w:jc w:val="right"/>
        <w:rPr>
          <w:rFonts w:ascii="Times New Roman" w:hAnsi="Times New Roman"/>
          <w:sz w:val="24"/>
          <w:szCs w:val="24"/>
          <w:lang w:val="ru-RU"/>
        </w:rPr>
      </w:pPr>
      <w:r w:rsidRPr="00240C46">
        <w:rPr>
          <w:rFonts w:ascii="Times New Roman" w:hAnsi="Times New Roman"/>
          <w:sz w:val="24"/>
          <w:szCs w:val="24"/>
          <w:lang w:val="ru-RU"/>
        </w:rPr>
        <w:t xml:space="preserve">   «01» 09.202</w:t>
      </w:r>
      <w:r w:rsidRPr="00D015CB">
        <w:rPr>
          <w:rFonts w:ascii="Times New Roman" w:hAnsi="Times New Roman"/>
          <w:sz w:val="24"/>
          <w:szCs w:val="24"/>
          <w:lang w:val="ru-RU"/>
        </w:rPr>
        <w:t>6</w:t>
      </w:r>
    </w:p>
    <w:p w:rsidR="00240C46" w:rsidRPr="00240C46" w:rsidRDefault="00240C46" w:rsidP="00240C46">
      <w:pPr>
        <w:pStyle w:val="a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40C46" w:rsidRPr="00977EE0" w:rsidRDefault="00240C46" w:rsidP="00240C46">
      <w:pPr>
        <w:pStyle w:val="a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40C46">
        <w:rPr>
          <w:rFonts w:ascii="Times New Roman" w:hAnsi="Times New Roman"/>
          <w:b/>
          <w:sz w:val="28"/>
          <w:szCs w:val="28"/>
          <w:lang w:val="ru-RU"/>
        </w:rPr>
        <w:t>РЕЖИМ РОБОТИ ВИХОВАТЕЛІ</w:t>
      </w:r>
      <w:proofErr w:type="gramStart"/>
      <w:r w:rsidRPr="00240C46">
        <w:rPr>
          <w:rFonts w:ascii="Times New Roman" w:hAnsi="Times New Roman"/>
          <w:b/>
          <w:sz w:val="28"/>
          <w:szCs w:val="28"/>
          <w:lang w:val="ru-RU"/>
        </w:rPr>
        <w:t>В</w:t>
      </w:r>
      <w:proofErr w:type="gramEnd"/>
      <w:r w:rsidRPr="00240C46">
        <w:rPr>
          <w:rFonts w:ascii="Times New Roman" w:hAnsi="Times New Roman"/>
          <w:b/>
          <w:sz w:val="28"/>
          <w:szCs w:val="28"/>
          <w:lang w:val="ru-RU"/>
        </w:rPr>
        <w:t xml:space="preserve"> СПЕЦІАЛЬНОЇ ШКОЛИ </w:t>
      </w:r>
    </w:p>
    <w:p w:rsidR="00240C46" w:rsidRPr="00240C46" w:rsidRDefault="00240C46" w:rsidP="00240C46">
      <w:pPr>
        <w:pStyle w:val="a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40C46">
        <w:rPr>
          <w:rFonts w:ascii="Times New Roman" w:hAnsi="Times New Roman"/>
          <w:b/>
          <w:sz w:val="28"/>
          <w:szCs w:val="28"/>
          <w:lang w:val="ru-RU"/>
        </w:rPr>
        <w:t>У 202</w:t>
      </w:r>
      <w:r w:rsidRPr="00D015CB">
        <w:rPr>
          <w:rFonts w:ascii="Times New Roman" w:hAnsi="Times New Roman"/>
          <w:b/>
          <w:sz w:val="28"/>
          <w:szCs w:val="28"/>
          <w:lang w:val="ru-RU"/>
        </w:rPr>
        <w:t>6</w:t>
      </w:r>
      <w:r w:rsidRPr="00977EE0">
        <w:rPr>
          <w:rFonts w:ascii="Times New Roman" w:hAnsi="Times New Roman"/>
          <w:b/>
          <w:sz w:val="28"/>
          <w:szCs w:val="28"/>
          <w:lang w:val="ru-RU"/>
        </w:rPr>
        <w:t>/</w:t>
      </w:r>
      <w:r w:rsidRPr="00240C46">
        <w:rPr>
          <w:rFonts w:ascii="Times New Roman" w:hAnsi="Times New Roman"/>
          <w:b/>
          <w:sz w:val="28"/>
          <w:szCs w:val="28"/>
          <w:lang w:val="ru-RU"/>
        </w:rPr>
        <w:t>202</w:t>
      </w:r>
      <w:r w:rsidRPr="00D015CB">
        <w:rPr>
          <w:rFonts w:ascii="Times New Roman" w:hAnsi="Times New Roman"/>
          <w:b/>
          <w:sz w:val="28"/>
          <w:szCs w:val="28"/>
          <w:lang w:val="ru-RU"/>
        </w:rPr>
        <w:t>7</w:t>
      </w:r>
      <w:r w:rsidRPr="00240C46">
        <w:rPr>
          <w:rFonts w:ascii="Times New Roman" w:hAnsi="Times New Roman"/>
          <w:b/>
          <w:sz w:val="28"/>
          <w:szCs w:val="28"/>
          <w:lang w:val="ru-RU"/>
        </w:rPr>
        <w:t xml:space="preserve"> НАВЧАЛЬНОМУ РОЦІ</w:t>
      </w:r>
    </w:p>
    <w:p w:rsidR="00240C46" w:rsidRDefault="00240C46" w:rsidP="00240C46">
      <w:pPr>
        <w:pStyle w:val="a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40C46">
        <w:rPr>
          <w:rFonts w:ascii="Times New Roman" w:hAnsi="Times New Roman"/>
          <w:b/>
          <w:sz w:val="28"/>
          <w:szCs w:val="28"/>
          <w:lang w:val="ru-RU"/>
        </w:rPr>
        <w:t>(синхронний</w:t>
      </w:r>
      <w:r w:rsidRPr="00217449">
        <w:rPr>
          <w:rFonts w:ascii="Times New Roman" w:hAnsi="Times New Roman"/>
          <w:b/>
          <w:sz w:val="28"/>
          <w:szCs w:val="28"/>
          <w:lang w:val="ru-RU"/>
        </w:rPr>
        <w:t>//</w:t>
      </w:r>
      <w:r w:rsidRPr="00240C46">
        <w:rPr>
          <w:rFonts w:ascii="Times New Roman" w:hAnsi="Times New Roman"/>
          <w:b/>
          <w:sz w:val="28"/>
          <w:szCs w:val="28"/>
          <w:lang w:val="ru-RU"/>
        </w:rPr>
        <w:t>асинхронний режими)</w:t>
      </w:r>
    </w:p>
    <w:p w:rsidR="00240C46" w:rsidRPr="00240C46" w:rsidRDefault="00240C46" w:rsidP="00240C46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ff0"/>
        <w:tblW w:w="15843" w:type="dxa"/>
        <w:tblLook w:val="04A0"/>
      </w:tblPr>
      <w:tblGrid>
        <w:gridCol w:w="675"/>
        <w:gridCol w:w="992"/>
        <w:gridCol w:w="2121"/>
        <w:gridCol w:w="2549"/>
        <w:gridCol w:w="2265"/>
        <w:gridCol w:w="2265"/>
        <w:gridCol w:w="2424"/>
        <w:gridCol w:w="2552"/>
      </w:tblGrid>
      <w:tr w:rsidR="00B56B92" w:rsidRPr="00C255C3" w:rsidTr="004E462F">
        <w:trPr>
          <w:trHeight w:val="368"/>
        </w:trPr>
        <w:tc>
          <w:tcPr>
            <w:tcW w:w="675" w:type="dxa"/>
            <w:vMerge w:val="restart"/>
          </w:tcPr>
          <w:p w:rsidR="00FA6214" w:rsidRPr="00C255C3" w:rsidRDefault="00FA6214" w:rsidP="00E66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255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з</w:t>
            </w:r>
            <w:r w:rsidRPr="00C255C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gramStart"/>
            <w:r w:rsidRPr="00C255C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  <w:proofErr w:type="gramEnd"/>
          </w:p>
        </w:tc>
        <w:tc>
          <w:tcPr>
            <w:tcW w:w="992" w:type="dxa"/>
            <w:vMerge w:val="restart"/>
          </w:tcPr>
          <w:p w:rsidR="00FA6214" w:rsidRPr="00C255C3" w:rsidRDefault="00FA6214" w:rsidP="00E66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5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Клас-група</w:t>
            </w:r>
          </w:p>
        </w:tc>
        <w:tc>
          <w:tcPr>
            <w:tcW w:w="2121" w:type="dxa"/>
            <w:vMerge w:val="restart"/>
          </w:tcPr>
          <w:p w:rsidR="00FA6214" w:rsidRPr="00C255C3" w:rsidRDefault="00FA6214" w:rsidP="00E66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C255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  <w:proofErr w:type="gramEnd"/>
            <w:r w:rsidRPr="00C255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ІБ вихователя</w:t>
            </w:r>
          </w:p>
        </w:tc>
        <w:tc>
          <w:tcPr>
            <w:tcW w:w="12055" w:type="dxa"/>
            <w:gridSpan w:val="5"/>
            <w:tcBorders>
              <w:bottom w:val="single" w:sz="4" w:space="0" w:color="auto"/>
            </w:tcBorders>
          </w:tcPr>
          <w:p w:rsidR="00FA6214" w:rsidRPr="00C255C3" w:rsidRDefault="00FA6214" w:rsidP="00E66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5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Режим онлайн-роботи</w:t>
            </w:r>
          </w:p>
        </w:tc>
      </w:tr>
      <w:tr w:rsidR="00B56B92" w:rsidRPr="00C255C3" w:rsidTr="005B1CF0">
        <w:trPr>
          <w:trHeight w:val="268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FA6214" w:rsidRPr="00C255C3" w:rsidRDefault="00FA6214" w:rsidP="00E66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</w:tcPr>
          <w:p w:rsidR="00FA6214" w:rsidRPr="00C255C3" w:rsidRDefault="00FA6214" w:rsidP="00E66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1" w:type="dxa"/>
            <w:vMerge/>
          </w:tcPr>
          <w:p w:rsidR="00FA6214" w:rsidRPr="00C255C3" w:rsidRDefault="00FA6214" w:rsidP="00E66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:rsidR="00FA6214" w:rsidRPr="00C255C3" w:rsidRDefault="00FA6214" w:rsidP="00E66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5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Понеділок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FA6214" w:rsidRPr="00C255C3" w:rsidRDefault="00FA6214" w:rsidP="00E66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5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Вівторок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:rsidR="00FA6214" w:rsidRPr="00C255C3" w:rsidRDefault="00FA6214" w:rsidP="00E66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5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Середа</w:t>
            </w:r>
          </w:p>
        </w:tc>
        <w:tc>
          <w:tcPr>
            <w:tcW w:w="2424" w:type="dxa"/>
            <w:tcBorders>
              <w:bottom w:val="single" w:sz="4" w:space="0" w:color="auto"/>
            </w:tcBorders>
          </w:tcPr>
          <w:p w:rsidR="00FA6214" w:rsidRPr="00C255C3" w:rsidRDefault="00FA6214" w:rsidP="00E66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255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A6214" w:rsidRPr="00C255C3" w:rsidRDefault="00FA6214" w:rsidP="00E66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255C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  <w:r w:rsidRPr="00C255C3"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  <w:r w:rsidRPr="00C255C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ятниця</w:t>
            </w:r>
          </w:p>
        </w:tc>
      </w:tr>
      <w:tr w:rsidR="00462798" w:rsidRPr="00C255C3" w:rsidTr="005B1CF0">
        <w:trPr>
          <w:trHeight w:val="2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2798" w:rsidRPr="00C255C3" w:rsidRDefault="00462798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462798" w:rsidRPr="00C255C3" w:rsidRDefault="00462798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</w:t>
            </w:r>
          </w:p>
        </w:tc>
        <w:tc>
          <w:tcPr>
            <w:tcW w:w="2121" w:type="dxa"/>
            <w:vMerge w:val="restart"/>
          </w:tcPr>
          <w:p w:rsidR="00462798" w:rsidRPr="00C255C3" w:rsidRDefault="00462798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Паніна Г.С.</w:t>
            </w:r>
          </w:p>
        </w:tc>
        <w:tc>
          <w:tcPr>
            <w:tcW w:w="2549" w:type="dxa"/>
            <w:vMerge w:val="restart"/>
          </w:tcPr>
          <w:p w:rsidR="00462798" w:rsidRDefault="00462798" w:rsidP="0046279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12.50-13.00 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ідготовка учнів до онлайн-занять. </w:t>
            </w:r>
          </w:p>
          <w:p w:rsidR="00462798" w:rsidRDefault="00462798" w:rsidP="00E66CD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D85C7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13.00-13.10</w:t>
            </w:r>
          </w:p>
          <w:p w:rsidR="00462798" w:rsidRDefault="00462798" w:rsidP="00D85C7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62798" w:rsidRDefault="00462798" w:rsidP="00D85C7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13.10-13.25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розмовна 10-ти хвилинка.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13.25-13.45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13.45-14.15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Казкотерапія. Розвиток комунікативно-мовленнєвої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компетентності.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14.15-15.15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15.15-16.15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Емоційна грамотність і саморегуляція: руханка, вправи на розпізнавання емоцій та безпечну поведінку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16.15-17.15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</w:t>
            </w:r>
            <w:proofErr w:type="gramStart"/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62798" w:rsidRDefault="00462798" w:rsidP="00D85C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462798" w:rsidRPr="00C255C3" w:rsidRDefault="00462798" w:rsidP="00CA3EA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робота.</w:t>
            </w:r>
          </w:p>
        </w:tc>
        <w:tc>
          <w:tcPr>
            <w:tcW w:w="2265" w:type="dxa"/>
            <w:vMerge w:val="restart"/>
          </w:tcPr>
          <w:p w:rsidR="00462798" w:rsidRDefault="00462798" w:rsidP="00B561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13.45-13.55</w:t>
            </w:r>
          </w:p>
          <w:p w:rsidR="00462798" w:rsidRPr="00C255C3" w:rsidRDefault="00462798" w:rsidP="004627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ідготовка учнів до онлайн-занять.</w:t>
            </w:r>
          </w:p>
          <w:p w:rsidR="00462798" w:rsidRDefault="00462798" w:rsidP="00D85C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2798" w:rsidRDefault="00462798" w:rsidP="00D85C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13.55-14.05</w:t>
            </w:r>
          </w:p>
          <w:p w:rsidR="00462798" w:rsidRDefault="00462798" w:rsidP="00D85C7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62798" w:rsidRDefault="00462798" w:rsidP="00D85C7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14.05-14.20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462798" w:rsidRDefault="00462798" w:rsidP="00CA3E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14.20-14.40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14.40-15.10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Казкотерапія. Розвиток комунікативно-мовленнєвої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компетентності.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15.10-16.10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іальні історії (правила поведінки, розв</w:t>
            </w:r>
            <w:r w:rsidRPr="00B56B92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язання різних ситуацій)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16.40-17.10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</w:t>
            </w:r>
            <w:proofErr w:type="gramStart"/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62798" w:rsidRDefault="00462798" w:rsidP="00D85C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462798" w:rsidRPr="00C255C3" w:rsidRDefault="00462798" w:rsidP="00CA3EA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робота.</w:t>
            </w:r>
          </w:p>
        </w:tc>
        <w:tc>
          <w:tcPr>
            <w:tcW w:w="2265" w:type="dxa"/>
            <w:vMerge w:val="restart"/>
          </w:tcPr>
          <w:p w:rsidR="00462798" w:rsidRDefault="00462798" w:rsidP="00B561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13.45-13.55</w:t>
            </w:r>
          </w:p>
          <w:p w:rsidR="00462798" w:rsidRPr="00C255C3" w:rsidRDefault="00462798" w:rsidP="004627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ідготовка учнів до онлайн-занять.</w:t>
            </w:r>
          </w:p>
          <w:p w:rsidR="00462798" w:rsidRDefault="00462798" w:rsidP="00E66CD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D85C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13.55-14.05</w:t>
            </w:r>
          </w:p>
          <w:p w:rsidR="00462798" w:rsidRDefault="00462798" w:rsidP="00D85C7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62798" w:rsidRDefault="00462798" w:rsidP="00D85C7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14.05-14.20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462798" w:rsidRDefault="00462798" w:rsidP="00CA3E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14.20-14.40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14.40-15.10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Казкотерапія. Розвиток комунікативно-мовленнєвої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компетентності.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15.10-16.10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іальні історії (правила поведінки, розв</w:t>
            </w:r>
            <w:r w:rsidRPr="00B56B92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язання різних ситуацій)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16.40-17.10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конкурсів.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62798" w:rsidRDefault="00462798" w:rsidP="00D85C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462798" w:rsidRPr="00C255C3" w:rsidRDefault="00462798" w:rsidP="00CA3EA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424" w:type="dxa"/>
            <w:vMerge w:val="restart"/>
          </w:tcPr>
          <w:p w:rsidR="00462798" w:rsidRDefault="00462798" w:rsidP="00BC34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12.50-13.00</w:t>
            </w:r>
          </w:p>
          <w:p w:rsidR="00462798" w:rsidRPr="00C255C3" w:rsidRDefault="00462798" w:rsidP="004627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</w:p>
          <w:p w:rsidR="00462798" w:rsidRDefault="00462798" w:rsidP="00D85C7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D85C7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13.00-13.10</w:t>
            </w:r>
          </w:p>
          <w:p w:rsidR="00462798" w:rsidRDefault="00462798" w:rsidP="00D85C7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62798" w:rsidRDefault="00462798" w:rsidP="00D85C7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13.10-13.25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розмовна 10-ти хвилинка.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13.25-13.45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13.45-14.15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Казкотерапія. Розвиток комунікативно-мовленнєвої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компетентності.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14.15-15.15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15.15-16.15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Емоційна грамотність і саморегуляція: руханка, вправи на розпізнавання емоцій та безпечну поведінку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16.15-17.15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конкурсів.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62798" w:rsidRDefault="00462798" w:rsidP="00CA3EA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462798" w:rsidRPr="00C255C3" w:rsidRDefault="00462798" w:rsidP="00CA3EA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552" w:type="dxa"/>
            <w:vMerge w:val="restart"/>
          </w:tcPr>
          <w:p w:rsidR="00462798" w:rsidRDefault="00462798" w:rsidP="00BC34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12.50-13.00</w:t>
            </w:r>
          </w:p>
          <w:p w:rsidR="00462798" w:rsidRPr="00C255C3" w:rsidRDefault="00462798" w:rsidP="004627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</w:p>
          <w:p w:rsidR="00462798" w:rsidRDefault="00462798" w:rsidP="00D85C7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D85C7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13.00-13.10</w:t>
            </w:r>
          </w:p>
          <w:p w:rsidR="00462798" w:rsidRDefault="00462798" w:rsidP="00D85C7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62798" w:rsidRDefault="00462798" w:rsidP="00D85C7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13.10-13.25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розмовна 10-ти хвилинка.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13.25-13.45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13.45-14.15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Казкотерапія. Розвиток комунікативно-мовленнєвої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компетентності.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14.15-15.15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15.15-16.15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Емоційна грамотність і саморегуляція: руханка, вправи на розпізнавання емоцій та безпечну поведінку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16.15-17.15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конкурсів.</w:t>
            </w: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62798" w:rsidRDefault="00462798" w:rsidP="00CA3EA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62798" w:rsidRDefault="00462798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462798" w:rsidRPr="00C255C3" w:rsidRDefault="00462798" w:rsidP="00CA3EA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</w:tr>
      <w:tr w:rsidR="00462798" w:rsidRPr="00C255C3" w:rsidTr="005B1CF0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98" w:rsidRDefault="00462798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161FF" w:rsidRPr="00C255C3" w:rsidRDefault="00C161F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62798" w:rsidRPr="00C255C3" w:rsidRDefault="00462798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1" w:type="dxa"/>
            <w:vMerge/>
          </w:tcPr>
          <w:p w:rsidR="00462798" w:rsidRPr="00C255C3" w:rsidRDefault="00462798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49" w:type="dxa"/>
            <w:vMerge/>
            <w:tcBorders>
              <w:bottom w:val="single" w:sz="4" w:space="0" w:color="auto"/>
            </w:tcBorders>
          </w:tcPr>
          <w:p w:rsidR="00462798" w:rsidRPr="00D85C7A" w:rsidRDefault="00462798" w:rsidP="00CA3E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462798" w:rsidRPr="00C255C3" w:rsidRDefault="00462798" w:rsidP="00CA3E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462798" w:rsidRPr="00C255C3" w:rsidRDefault="00462798" w:rsidP="00CA3E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24" w:type="dxa"/>
            <w:vMerge/>
            <w:tcBorders>
              <w:bottom w:val="single" w:sz="4" w:space="0" w:color="auto"/>
            </w:tcBorders>
          </w:tcPr>
          <w:p w:rsidR="00462798" w:rsidRPr="00C255C3" w:rsidRDefault="00462798" w:rsidP="00CA3E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462798" w:rsidRPr="00C255C3" w:rsidRDefault="00462798" w:rsidP="00CA3E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561A3" w:rsidRPr="00C255C3" w:rsidTr="005B1CF0">
        <w:tc>
          <w:tcPr>
            <w:tcW w:w="675" w:type="dxa"/>
            <w:tcBorders>
              <w:top w:val="single" w:sz="4" w:space="0" w:color="auto"/>
            </w:tcBorders>
          </w:tcPr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</w:p>
          <w:p w:rsidR="005B1CF0" w:rsidRDefault="005B1CF0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B1CF0" w:rsidRDefault="005B1CF0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B1CF0" w:rsidRDefault="005B1CF0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B1CF0" w:rsidRDefault="005B1CF0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B1CF0" w:rsidRDefault="005B1CF0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B1CF0" w:rsidRDefault="005B1CF0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B1CF0" w:rsidRDefault="005B1CF0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B1CF0" w:rsidRDefault="005B1CF0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B1CF0" w:rsidRDefault="005B1CF0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B1CF0" w:rsidRPr="00C255C3" w:rsidRDefault="005B1CF0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B561A3" w:rsidRPr="00C255C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№2</w:t>
            </w:r>
          </w:p>
        </w:tc>
        <w:tc>
          <w:tcPr>
            <w:tcW w:w="2121" w:type="dxa"/>
            <w:tcBorders>
              <w:right w:val="single" w:sz="4" w:space="0" w:color="auto"/>
            </w:tcBorders>
          </w:tcPr>
          <w:p w:rsidR="00B561A3" w:rsidRPr="00D85C7A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Скидан М.С.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A3" w:rsidRDefault="00B561A3" w:rsidP="00CA3EA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12.50-13.00 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</w:p>
          <w:p w:rsidR="00B561A3" w:rsidRDefault="00B561A3" w:rsidP="00CA3EA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13.00-13.10</w:t>
            </w:r>
          </w:p>
          <w:p w:rsidR="00B561A3" w:rsidRDefault="00B561A3" w:rsidP="00CA3EA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CA3EA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13.10-13.25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розмовна 10-ти хвилинка.</w:t>
            </w: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13.25-13.45</w:t>
            </w: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13.45-14.15</w:t>
            </w: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Казкотерапія. Розвиток комунікативно-мовленнєвої компетентності.</w:t>
            </w: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14.15-15.15</w:t>
            </w: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15.15-16.15</w:t>
            </w: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Емоційна грамотність і саморегуляція: руханка, вправи на розпізнавання емоцій та безпечну поведінку</w:t>
            </w: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16.15-17.15</w:t>
            </w: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конкурсів.</w:t>
            </w: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CA3E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D85C7A" w:rsidRDefault="00B561A3" w:rsidP="00CA3EA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A3" w:rsidRDefault="00B561A3" w:rsidP="00555AF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13.50-14.00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14.00-14.10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14.10-14.25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14.25-14.45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14.45-15.15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Казкотерапія. Розвиток комунікативно-мовленнєвої компетентності.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15.15-16.15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16.15-16.45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Соціальні історії (правила поведінки, розв</w:t>
            </w:r>
            <w:r w:rsidRPr="00B56B92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язання різних ситуацій)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16.45-17.15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конкурсів.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C255C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13.45-13.55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13.55-14.05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14.05-14.20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14.20-14.40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14.40-15.10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Казкотерапія. Розвиток комунікативно-мовленнєвої компетентності.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15.10-16.10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Соціальні історії (правила поведінки, розв</w:t>
            </w:r>
            <w:r w:rsidRPr="00B56B92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язання різних ситуацій)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16.40-17.10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конкурсів.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C255C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13.45-13.55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13.55-14.05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14.05-14.20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14.20-14.40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14.40-15.10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Казкотерапія. Розвиток комунікативно-мовленнєвої компетентності.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15.10-16.10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Соціальні історії (правила поведінки, розв</w:t>
            </w:r>
            <w:r w:rsidRPr="00B56B92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язання різних ситуацій)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16.40-17.10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конкурсів.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C255C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12.50-13.00 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13.00-13.10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13.10-13.25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розмовна 10-ти хвилинка.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13.25-13.45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13.45-14.15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Казкотерапія. Розвиток комунікативно-мовленнєвої компетентності.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14.15-15.15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15.15-16.15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Емоційна грамотність і саморегуляція: руханка, вправи на розпізнавання емоцій та безпечну поведінку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16.15-17.15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конкурсів.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E462F" w:rsidRDefault="004E462F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C255C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</w:tr>
      <w:tr w:rsidR="00B561A3" w:rsidRPr="00C255C3" w:rsidTr="004E462F">
        <w:tc>
          <w:tcPr>
            <w:tcW w:w="675" w:type="dxa"/>
          </w:tcPr>
          <w:p w:rsidR="00B561A3" w:rsidRPr="00C255C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992" w:type="dxa"/>
          </w:tcPr>
          <w:p w:rsidR="00B561A3" w:rsidRPr="00C255C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№3</w:t>
            </w:r>
          </w:p>
        </w:tc>
        <w:tc>
          <w:tcPr>
            <w:tcW w:w="2121" w:type="dxa"/>
          </w:tcPr>
          <w:p w:rsidR="00B561A3" w:rsidRPr="00CA3EA2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Сусла Т.В.</w:t>
            </w:r>
          </w:p>
        </w:tc>
        <w:tc>
          <w:tcPr>
            <w:tcW w:w="2549" w:type="dxa"/>
            <w:tcBorders>
              <w:top w:val="single" w:sz="4" w:space="0" w:color="auto"/>
            </w:tcBorders>
          </w:tcPr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13.50-14.00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14.00-14.10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9E594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14.10-14.25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14.25-15.25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B561A3" w:rsidRDefault="00B561A3" w:rsidP="009E59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15.25-15.45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15.45-16.15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Казкотерапія, читання та обговорення.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16.15-17.15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05F77" w:rsidRDefault="00205F77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16.15-16.45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Рухова активність та здоров</w:t>
            </w:r>
            <w:r w:rsidRPr="00F6352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язбереження 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16.45-17.15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конкурсів.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D85C7A" w:rsidRDefault="00B561A3" w:rsidP="009E594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  <w:tcBorders>
              <w:top w:val="single" w:sz="4" w:space="0" w:color="auto"/>
            </w:tcBorders>
          </w:tcPr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13.45-14.45</w:t>
            </w:r>
          </w:p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B561A3" w:rsidRDefault="00B561A3" w:rsidP="00E66CD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E66CD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16.10-16.30</w:t>
            </w: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16.30-17.00</w:t>
            </w: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Казкотерапія, читання та обговорення.</w:t>
            </w: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17.00-17.30</w:t>
            </w: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Дитина у цифровому світі</w:t>
            </w: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05F77" w:rsidRDefault="00205F77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17.30-18.00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C255C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  <w:tcBorders>
              <w:top w:val="single" w:sz="4" w:space="0" w:color="auto"/>
            </w:tcBorders>
          </w:tcPr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13.45-14.45</w:t>
            </w:r>
          </w:p>
          <w:p w:rsidR="00B561A3" w:rsidRDefault="00B561A3" w:rsidP="003A37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 w:rsidR="001E51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B0F4E" w:rsidRDefault="00DB0F4E" w:rsidP="003A37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3A37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B561A3" w:rsidRDefault="00B561A3" w:rsidP="003A374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3A374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B561A3" w:rsidRDefault="00B561A3" w:rsidP="003A37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3A37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B561A3" w:rsidRDefault="00B561A3" w:rsidP="003A37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B561A3" w:rsidRDefault="00B561A3" w:rsidP="003A37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16.10-16.30</w:t>
            </w: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16.30-17.00</w:t>
            </w: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Казкотерапія, читання та обговорення.</w:t>
            </w: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17.00-17.30</w:t>
            </w: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Дитина у цифровому світі</w:t>
            </w: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05F77" w:rsidRDefault="00205F77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17.30-18.00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B0F4E" w:rsidRDefault="00DB0F4E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3A374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C255C3" w:rsidRDefault="00B561A3" w:rsidP="003A37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424" w:type="dxa"/>
            <w:tcBorders>
              <w:top w:val="single" w:sz="4" w:space="0" w:color="auto"/>
            </w:tcBorders>
          </w:tcPr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13.50-14.00</w:t>
            </w:r>
          </w:p>
          <w:p w:rsidR="00B561A3" w:rsidRDefault="00B561A3" w:rsidP="002331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561A3" w:rsidRDefault="00B561A3" w:rsidP="002331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2331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14.00-14.10</w:t>
            </w:r>
          </w:p>
          <w:p w:rsidR="00B561A3" w:rsidRDefault="00B561A3" w:rsidP="002331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561A3" w:rsidRDefault="00B561A3" w:rsidP="002331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14.10-14.25</w:t>
            </w: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B561A3" w:rsidRDefault="00B561A3" w:rsidP="002331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2331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14.25-15.25</w:t>
            </w:r>
          </w:p>
          <w:p w:rsidR="00B561A3" w:rsidRDefault="00B561A3" w:rsidP="002331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B561A3" w:rsidRDefault="00B561A3" w:rsidP="002331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15.25-15.45</w:t>
            </w: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15.45-16.15</w:t>
            </w: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Казкотерапія, читання та обговорення.</w:t>
            </w: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16.15-17.15</w:t>
            </w: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05F77" w:rsidRDefault="00205F77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16.15-16.45</w:t>
            </w: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Рухова активність та здоров</w:t>
            </w:r>
            <w:r w:rsidRPr="002331DD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язбереження </w:t>
            </w: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16.45-17.15</w:t>
            </w: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конкурсів.</w:t>
            </w: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561A3" w:rsidRDefault="00B561A3" w:rsidP="002331D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C255C3" w:rsidRDefault="00B561A3" w:rsidP="002331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12.50</w:t>
            </w:r>
            <w:r w:rsidR="001E51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-13.00</w:t>
            </w:r>
          </w:p>
          <w:p w:rsidR="001E51BB" w:rsidRDefault="001E51BB" w:rsidP="001E5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1E51BB" w:rsidRDefault="001E51BB" w:rsidP="001E5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E51BB" w:rsidRDefault="001E51BB" w:rsidP="001E5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13.00-13.10</w:t>
            </w:r>
          </w:p>
          <w:p w:rsidR="001E51BB" w:rsidRDefault="001E51BB" w:rsidP="001E51BB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1E51BB" w:rsidRDefault="001E51BB" w:rsidP="001E51BB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13.10-13.25</w:t>
            </w: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1E51BB" w:rsidRDefault="001E51BB" w:rsidP="001E5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E51BB" w:rsidRDefault="001E51BB" w:rsidP="001E5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13.25-14.25</w:t>
            </w:r>
          </w:p>
          <w:p w:rsidR="001E51BB" w:rsidRDefault="001E51BB" w:rsidP="001E5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1E51BB" w:rsidRDefault="001E51BB" w:rsidP="001E5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E51BB" w:rsidRDefault="00DB0F4E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1E51BB">
              <w:rPr>
                <w:rFonts w:ascii="Times New Roman" w:hAnsi="Times New Roman"/>
                <w:sz w:val="24"/>
                <w:szCs w:val="24"/>
                <w:lang w:val="ru-RU"/>
              </w:rPr>
              <w:t>.25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-14</w:t>
            </w:r>
            <w:r w:rsidR="001E51BB">
              <w:rPr>
                <w:rFonts w:ascii="Times New Roman" w:hAnsi="Times New Roman"/>
                <w:sz w:val="24"/>
                <w:szCs w:val="24"/>
                <w:lang w:val="ru-RU"/>
              </w:rPr>
              <w:t>.45</w:t>
            </w: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E51BB" w:rsidRDefault="00DB0F4E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1E51BB">
              <w:rPr>
                <w:rFonts w:ascii="Times New Roman" w:hAnsi="Times New Roman"/>
                <w:sz w:val="24"/>
                <w:szCs w:val="24"/>
                <w:lang w:val="ru-RU"/>
              </w:rPr>
              <w:t>.45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-15</w:t>
            </w:r>
            <w:r w:rsidR="001E51BB">
              <w:rPr>
                <w:rFonts w:ascii="Times New Roman" w:hAnsi="Times New Roman"/>
                <w:sz w:val="24"/>
                <w:szCs w:val="24"/>
                <w:lang w:val="ru-RU"/>
              </w:rPr>
              <w:t>.15</w:t>
            </w: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Казкотерапія, читання та обговорення.</w:t>
            </w: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E51BB" w:rsidRDefault="00DB0F4E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15.15-16</w:t>
            </w:r>
            <w:r w:rsidR="001E51BB">
              <w:rPr>
                <w:rFonts w:ascii="Times New Roman" w:hAnsi="Times New Roman"/>
                <w:sz w:val="24"/>
                <w:szCs w:val="24"/>
                <w:lang w:val="ru-RU"/>
              </w:rPr>
              <w:t>.15</w:t>
            </w:r>
          </w:p>
          <w:p w:rsidR="001E51BB" w:rsidRDefault="00DB0F4E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Пізнавальний розвиток.</w:t>
            </w: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05F77" w:rsidRDefault="00205F77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16.15-16.45</w:t>
            </w: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Рухова активність та здоров</w:t>
            </w:r>
            <w:r w:rsidRPr="00F6352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язбереження </w:t>
            </w: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16.45-17.15</w:t>
            </w: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конкурсів.</w:t>
            </w: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E51BB" w:rsidRDefault="001E51BB" w:rsidP="001E51BB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1E51BB" w:rsidRPr="00C255C3" w:rsidRDefault="001E51BB" w:rsidP="001E51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</w:t>
            </w:r>
          </w:p>
        </w:tc>
      </w:tr>
      <w:tr w:rsidR="00420B1F" w:rsidRPr="00C255C3" w:rsidTr="004E462F">
        <w:tc>
          <w:tcPr>
            <w:tcW w:w="675" w:type="dxa"/>
          </w:tcPr>
          <w:p w:rsidR="00420B1F" w:rsidRPr="00C255C3" w:rsidRDefault="00420B1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992" w:type="dxa"/>
          </w:tcPr>
          <w:p w:rsidR="00420B1F" w:rsidRPr="00C255C3" w:rsidRDefault="00420B1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№4</w:t>
            </w:r>
          </w:p>
        </w:tc>
        <w:tc>
          <w:tcPr>
            <w:tcW w:w="2121" w:type="dxa"/>
          </w:tcPr>
          <w:p w:rsidR="00420B1F" w:rsidRPr="00CA3EA2" w:rsidRDefault="00420B1F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Ріпа А.В.</w:t>
            </w:r>
          </w:p>
        </w:tc>
        <w:tc>
          <w:tcPr>
            <w:tcW w:w="2549" w:type="dxa"/>
          </w:tcPr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13.50-14.00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14.00-14.10</w:t>
            </w:r>
          </w:p>
          <w:p w:rsidR="00420B1F" w:rsidRDefault="00420B1F" w:rsidP="00D97E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0B1F" w:rsidRDefault="00420B1F" w:rsidP="00D97E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14.10-14.25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14.25-15.25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15.25-15.45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15.45-16.15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Казкотерапія, читання та обговорення.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16.15-17.15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982981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17.15-17</w:t>
            </w:r>
            <w:r w:rsidR="00420B1F">
              <w:rPr>
                <w:rFonts w:ascii="Times New Roman" w:hAnsi="Times New Roman"/>
                <w:sz w:val="24"/>
                <w:szCs w:val="24"/>
                <w:lang w:val="ru-RU"/>
              </w:rPr>
              <w:t>.45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Рухова активність та здоров</w:t>
            </w:r>
            <w:r w:rsidRPr="00F6352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язбереження 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82981" w:rsidRDefault="00982981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82981" w:rsidRDefault="00982981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982981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17.4</w:t>
            </w:r>
            <w:r w:rsidR="00420B1F">
              <w:rPr>
                <w:rFonts w:ascii="Times New Roman" w:hAnsi="Times New Roman"/>
                <w:sz w:val="24"/>
                <w:szCs w:val="24"/>
                <w:lang w:val="ru-RU"/>
              </w:rPr>
              <w:t>5-18.00</w:t>
            </w:r>
          </w:p>
          <w:p w:rsidR="00982981" w:rsidRDefault="00846E79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</w:t>
            </w:r>
            <w:proofErr w:type="gramStart"/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82981" w:rsidRDefault="00982981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420B1F" w:rsidRPr="00D85C7A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</w:tcPr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13.45-14.45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420B1F" w:rsidRDefault="00420B1F" w:rsidP="00D97E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0B1F" w:rsidRDefault="00420B1F" w:rsidP="00D97E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16.10-16.30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16.30-17.00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Казкотерапія, читання та обговорення.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17.00-17.30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Дитина у цифровому світі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82981" w:rsidRDefault="00982981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420B1F" w:rsidRPr="00C255C3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</w:tcPr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13.45-14.45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420B1F" w:rsidRDefault="00420B1F" w:rsidP="00D97E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0B1F" w:rsidRDefault="00420B1F" w:rsidP="00D97E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16.10-16.30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16.30-17.00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Казкотерапія, читання та обговорення.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17.00-17.30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Дитина у цифровому світі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420B1F" w:rsidRPr="00C255C3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424" w:type="dxa"/>
          </w:tcPr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13.50-14.00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14.00-14.10</w:t>
            </w:r>
          </w:p>
          <w:p w:rsidR="00420B1F" w:rsidRDefault="00420B1F" w:rsidP="00D97E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0B1F" w:rsidRDefault="00420B1F" w:rsidP="00D97E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14.10-14.25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14.25-15.25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15.25-15.45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15.45-16.15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Казкотерапія, читання та обговорення.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16.15-17.15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Арт-активності, розвивальні ігри.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982981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17.15-17</w:t>
            </w:r>
            <w:r w:rsidR="00420B1F">
              <w:rPr>
                <w:rFonts w:ascii="Times New Roman" w:hAnsi="Times New Roman"/>
                <w:sz w:val="24"/>
                <w:szCs w:val="24"/>
                <w:lang w:val="ru-RU"/>
              </w:rPr>
              <w:t>.45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Рухова активність та здоров</w:t>
            </w:r>
            <w:r w:rsidRPr="002331DD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язбереження 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82981" w:rsidRDefault="00982981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82981" w:rsidRDefault="00982981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82981" w:rsidRDefault="00982981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982981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17.4</w:t>
            </w:r>
            <w:r w:rsidR="00420B1F">
              <w:rPr>
                <w:rFonts w:ascii="Times New Roman" w:hAnsi="Times New Roman"/>
                <w:sz w:val="24"/>
                <w:szCs w:val="24"/>
                <w:lang w:val="ru-RU"/>
              </w:rPr>
              <w:t>5-18.00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</w:t>
            </w:r>
            <w:proofErr w:type="gramStart"/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420B1F" w:rsidRPr="00C255C3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552" w:type="dxa"/>
          </w:tcPr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12.50-13.00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13.00-13.10</w:t>
            </w:r>
          </w:p>
          <w:p w:rsidR="00420B1F" w:rsidRDefault="00420B1F" w:rsidP="00D97E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0B1F" w:rsidRDefault="00420B1F" w:rsidP="00D97E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13.10-13.25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13.25-14.25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420B1F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14.25-14.45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14.45-15.15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Казкотерапія, читання та обговорення.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15.15-16.15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Пізнавальний розвиток.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16.15-16.45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Рухова активність та здоров</w:t>
            </w:r>
            <w:r w:rsidRPr="00F6352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язбереження 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16.45-17.15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Організація конкурсів.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17.15-18.00</w:t>
            </w:r>
          </w:p>
          <w:p w:rsidR="00420B1F" w:rsidRDefault="00846E79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</w:t>
            </w:r>
            <w:proofErr w:type="gramStart"/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20B1F" w:rsidRDefault="00420B1F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420B1F" w:rsidRPr="00C255C3" w:rsidRDefault="00420B1F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</w:t>
            </w:r>
          </w:p>
        </w:tc>
      </w:tr>
      <w:tr w:rsidR="0055413F" w:rsidRPr="00D85C7A" w:rsidTr="00742842">
        <w:tc>
          <w:tcPr>
            <w:tcW w:w="675" w:type="dxa"/>
            <w:vMerge w:val="restart"/>
          </w:tcPr>
          <w:p w:rsidR="0055413F" w:rsidRPr="00C255C3" w:rsidRDefault="0055413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992" w:type="dxa"/>
            <w:vMerge w:val="restart"/>
          </w:tcPr>
          <w:p w:rsidR="0055413F" w:rsidRPr="00C255C3" w:rsidRDefault="0055413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№5</w:t>
            </w:r>
          </w:p>
        </w:tc>
        <w:tc>
          <w:tcPr>
            <w:tcW w:w="2121" w:type="dxa"/>
          </w:tcPr>
          <w:p w:rsidR="0055413F" w:rsidRPr="00CA3EA2" w:rsidRDefault="0055413F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Павлюкова А.В.</w:t>
            </w:r>
          </w:p>
        </w:tc>
        <w:tc>
          <w:tcPr>
            <w:tcW w:w="2549" w:type="dxa"/>
          </w:tcPr>
          <w:p w:rsidR="00444ECF" w:rsidRPr="00444ECF" w:rsidRDefault="0055413F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13.40</w:t>
            </w:r>
            <w:r w:rsidR="00444E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-13.50</w:t>
            </w:r>
          </w:p>
          <w:p w:rsidR="00444ECF" w:rsidRDefault="00444ECF" w:rsidP="00444E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44ECF" w:rsidRDefault="00444ECF" w:rsidP="00444E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44ECF" w:rsidRDefault="00444ECF" w:rsidP="00444E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13.50-14.00</w:t>
            </w:r>
          </w:p>
          <w:p w:rsidR="00444ECF" w:rsidRDefault="00444ECF" w:rsidP="00444EC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44ECF" w:rsidRDefault="00B03D89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14.00-14.15</w:t>
            </w:r>
          </w:p>
          <w:p w:rsidR="00444ECF" w:rsidRDefault="00444ECF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розмовна 10-ти хвилинка. </w:t>
            </w:r>
          </w:p>
          <w:p w:rsidR="00444ECF" w:rsidRDefault="00444ECF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44ECF" w:rsidRDefault="00B03D89" w:rsidP="00444E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14.15</w:t>
            </w:r>
            <w:r w:rsidR="00444E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.15</w:t>
            </w:r>
          </w:p>
          <w:p w:rsidR="00444ECF" w:rsidRDefault="00444ECF" w:rsidP="00444E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444ECF" w:rsidRDefault="00444ECF" w:rsidP="00444E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44ECF" w:rsidRDefault="00B03D89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15.15</w:t>
            </w:r>
            <w:r w:rsidR="00444ECF">
              <w:rPr>
                <w:rFonts w:ascii="Times New Roman" w:hAnsi="Times New Roman"/>
                <w:sz w:val="24"/>
                <w:szCs w:val="24"/>
                <w:lang w:val="ru-RU"/>
              </w:rPr>
              <w:t>-15.4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  <w:p w:rsidR="00444ECF" w:rsidRDefault="00444ECF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44ECF" w:rsidRDefault="00444ECF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44ECF" w:rsidRDefault="00444ECF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15.4</w:t>
            </w:r>
            <w:r w:rsidR="00B03D8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-16</w:t>
            </w:r>
            <w:r w:rsidR="00B03D89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  <w:p w:rsidR="00444ECF" w:rsidRDefault="00444ECF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44ECF">
              <w:rPr>
                <w:rFonts w:ascii="Times New Roman" w:hAnsi="Times New Roman"/>
                <w:sz w:val="24"/>
                <w:szCs w:val="24"/>
                <w:lang w:val="ru-RU"/>
              </w:rPr>
              <w:t>Цифрова безпека та медіа грамотність: безпечна поведінка в Інтернеті, критичне сприйняття інформації</w:t>
            </w:r>
          </w:p>
          <w:p w:rsidR="00444ECF" w:rsidRPr="00444ECF" w:rsidRDefault="00444ECF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44ECF" w:rsidRDefault="00B03D89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16.05</w:t>
            </w:r>
            <w:r w:rsidR="006C573C">
              <w:rPr>
                <w:rFonts w:ascii="Times New Roman" w:hAnsi="Times New Roman"/>
                <w:sz w:val="24"/>
                <w:szCs w:val="24"/>
                <w:lang w:val="ru-RU"/>
              </w:rPr>
              <w:t>-17.2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  <w:p w:rsidR="00444ECF" w:rsidRDefault="006C573C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Україна і світ.</w:t>
            </w:r>
          </w:p>
          <w:p w:rsidR="006C573C" w:rsidRDefault="006C573C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Конкурси, вікторини.</w:t>
            </w:r>
          </w:p>
          <w:p w:rsidR="006C573C" w:rsidRDefault="006C573C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44ECF" w:rsidRDefault="006C573C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</w:t>
            </w:r>
            <w:r w:rsidR="00B03D8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444ECF">
              <w:rPr>
                <w:rFonts w:ascii="Times New Roman" w:hAnsi="Times New Roman"/>
                <w:sz w:val="24"/>
                <w:szCs w:val="24"/>
                <w:lang w:val="ru-RU"/>
              </w:rPr>
              <w:t>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44ECF" w:rsidRDefault="00444ECF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444ECF" w:rsidRPr="00C14606" w:rsidRDefault="00444ECF" w:rsidP="00444EC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  <w:shd w:val="clear" w:color="auto" w:fill="F2F2F2" w:themeFill="background1" w:themeFillShade="F2"/>
          </w:tcPr>
          <w:p w:rsidR="0055413F" w:rsidRPr="00D85C7A" w:rsidRDefault="0055413F" w:rsidP="00E66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F2F2F2" w:themeFill="background1" w:themeFillShade="F2"/>
          </w:tcPr>
          <w:p w:rsidR="0055413F" w:rsidRPr="00D85C7A" w:rsidRDefault="0055413F" w:rsidP="00E66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</w:tcPr>
          <w:p w:rsidR="0055413F" w:rsidRDefault="0055413F" w:rsidP="00E66CD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13.45</w:t>
            </w:r>
            <w:r w:rsidR="004154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-13.55</w:t>
            </w:r>
          </w:p>
          <w:p w:rsidR="004154F8" w:rsidRDefault="004154F8" w:rsidP="004154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154F8" w:rsidRDefault="004154F8" w:rsidP="004154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154F8" w:rsidRDefault="004154F8" w:rsidP="004154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13.55-14.05</w:t>
            </w:r>
          </w:p>
          <w:p w:rsidR="004154F8" w:rsidRDefault="004154F8" w:rsidP="004154F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154F8" w:rsidRDefault="004154F8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14.05-14.20</w:t>
            </w:r>
          </w:p>
          <w:p w:rsidR="004154F8" w:rsidRDefault="004154F8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розмовна 10-ти хвилинка. </w:t>
            </w:r>
          </w:p>
          <w:p w:rsidR="004154F8" w:rsidRDefault="004154F8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154F8" w:rsidRDefault="004154F8" w:rsidP="004154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14.20-15.20</w:t>
            </w:r>
          </w:p>
          <w:p w:rsidR="004154F8" w:rsidRDefault="004154F8" w:rsidP="004154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4154F8" w:rsidRDefault="004154F8" w:rsidP="004154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154F8" w:rsidRDefault="004154F8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15.20-15.50</w:t>
            </w:r>
          </w:p>
          <w:p w:rsidR="004154F8" w:rsidRDefault="004154F8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154F8" w:rsidRDefault="004154F8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154F8" w:rsidRDefault="004154F8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15.50-16.20</w:t>
            </w:r>
          </w:p>
          <w:p w:rsidR="004154F8" w:rsidRDefault="004154F8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</w:t>
            </w:r>
            <w:r w:rsidR="009E38E0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154F8" w:rsidRPr="00444ECF" w:rsidRDefault="004154F8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154F8" w:rsidRDefault="009E38E0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16.2</w:t>
            </w:r>
            <w:r w:rsidR="004154F8">
              <w:rPr>
                <w:rFonts w:ascii="Times New Roman" w:hAnsi="Times New Roman"/>
                <w:sz w:val="24"/>
                <w:szCs w:val="24"/>
                <w:lang w:val="ru-RU"/>
              </w:rPr>
              <w:t>0-17.20</w:t>
            </w:r>
          </w:p>
          <w:p w:rsidR="004154F8" w:rsidRDefault="009E38E0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к</w:t>
            </w:r>
            <w:r w:rsidR="004154F8">
              <w:rPr>
                <w:rFonts w:ascii="Times New Roman" w:hAnsi="Times New Roman"/>
                <w:sz w:val="24"/>
                <w:szCs w:val="24"/>
                <w:lang w:val="ru-RU"/>
              </w:rPr>
              <w:t>онкурси, вікторини.</w:t>
            </w:r>
          </w:p>
          <w:p w:rsidR="004154F8" w:rsidRDefault="004154F8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154F8" w:rsidRDefault="004154F8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154F8" w:rsidRDefault="004154F8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38E0" w:rsidRDefault="009E38E0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38E0" w:rsidRDefault="009E38E0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38E0" w:rsidRDefault="009E38E0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38E0" w:rsidRDefault="009E38E0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154F8" w:rsidRDefault="004154F8" w:rsidP="004154F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4154F8" w:rsidRPr="00C14606" w:rsidRDefault="004154F8" w:rsidP="004154F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552" w:type="dxa"/>
          </w:tcPr>
          <w:p w:rsidR="0055413F" w:rsidRDefault="0055413F" w:rsidP="00E66CD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14.35</w:t>
            </w:r>
            <w:r w:rsidR="00A601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-14.45</w:t>
            </w:r>
          </w:p>
          <w:p w:rsidR="00A601B8" w:rsidRDefault="00A601B8" w:rsidP="00A601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601B8" w:rsidRDefault="00A601B8" w:rsidP="00A601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601B8" w:rsidRDefault="00A601B8" w:rsidP="00A601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A601B8" w:rsidRDefault="00A601B8" w:rsidP="00A601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розмовна 10-ти хвилинка. </w:t>
            </w: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601B8" w:rsidRDefault="00A601B8" w:rsidP="00A601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A601B8" w:rsidRDefault="00A601B8" w:rsidP="00A601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A601B8" w:rsidRDefault="00A601B8" w:rsidP="00A601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16.40-16.00</w:t>
            </w:r>
          </w:p>
          <w:p w:rsidR="00A601B8" w:rsidRPr="00444ECF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Безпекова компетентність</w:t>
            </w: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16.00-17</w:t>
            </w:r>
            <w:r w:rsidR="00C65C58">
              <w:rPr>
                <w:rFonts w:ascii="Times New Roman" w:hAnsi="Times New Roman"/>
                <w:sz w:val="24"/>
                <w:szCs w:val="24"/>
                <w:lang w:val="ru-RU"/>
              </w:rPr>
              <w:t>.00</w:t>
            </w: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конкурси, вікторини.</w:t>
            </w: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601B8" w:rsidRDefault="00C65C5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</w:t>
            </w:r>
            <w:r w:rsidR="00A601B8">
              <w:rPr>
                <w:rFonts w:ascii="Times New Roman" w:hAnsi="Times New Roman"/>
                <w:sz w:val="24"/>
                <w:szCs w:val="24"/>
                <w:lang w:val="ru-RU"/>
              </w:rPr>
              <w:t>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65C58" w:rsidRDefault="00C65C5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601B8" w:rsidRDefault="00A601B8" w:rsidP="00A601B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A601B8" w:rsidRPr="00C14606" w:rsidRDefault="00A601B8" w:rsidP="00A601B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</w:tr>
      <w:tr w:rsidR="0055413F" w:rsidRPr="00C255C3" w:rsidTr="0055413F">
        <w:tc>
          <w:tcPr>
            <w:tcW w:w="675" w:type="dxa"/>
            <w:vMerge/>
          </w:tcPr>
          <w:p w:rsidR="0055413F" w:rsidRPr="00CA3EA2" w:rsidRDefault="0055413F" w:rsidP="00E66CD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</w:tcPr>
          <w:p w:rsidR="0055413F" w:rsidRPr="00D85C7A" w:rsidRDefault="0055413F" w:rsidP="00E66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:rsidR="0055413F" w:rsidRPr="00CA3EA2" w:rsidRDefault="0055413F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Воробйова Н.В.</w:t>
            </w:r>
          </w:p>
        </w:tc>
        <w:tc>
          <w:tcPr>
            <w:tcW w:w="2549" w:type="dxa"/>
            <w:shd w:val="clear" w:color="auto" w:fill="F2F2F2" w:themeFill="background1" w:themeFillShade="F2"/>
          </w:tcPr>
          <w:p w:rsidR="0055413F" w:rsidRPr="00D85C7A" w:rsidRDefault="0055413F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65" w:type="dxa"/>
          </w:tcPr>
          <w:p w:rsidR="00C65C58" w:rsidRPr="00C65C58" w:rsidRDefault="0055413F" w:rsidP="00C65C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14.30</w:t>
            </w:r>
            <w:r w:rsidR="00C65C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-14.40</w:t>
            </w:r>
          </w:p>
          <w:p w:rsidR="00C65C58" w:rsidRDefault="00C65C58" w:rsidP="00C65C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65C58" w:rsidRDefault="00C65C58" w:rsidP="00C65C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65C58" w:rsidRDefault="0004143B" w:rsidP="00C65C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14.40-14.50</w:t>
            </w:r>
          </w:p>
          <w:p w:rsidR="00C65C58" w:rsidRDefault="00C65C58" w:rsidP="00C65C5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2C3E71" w:rsidRDefault="002C3E71" w:rsidP="00C65C5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65C58" w:rsidRDefault="002C3E71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14.50-15.05</w:t>
            </w:r>
          </w:p>
          <w:p w:rsidR="00C65C58" w:rsidRDefault="00C65C58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C65C58" w:rsidRDefault="00C65C58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65C58" w:rsidRDefault="002C3E71" w:rsidP="00C65C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15.05-16.05</w:t>
            </w:r>
          </w:p>
          <w:p w:rsidR="00C65C58" w:rsidRDefault="00C65C58" w:rsidP="00C65C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C65C58" w:rsidRDefault="00C65C58" w:rsidP="00C65C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65C58" w:rsidRDefault="002C3E71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16.05-16.35</w:t>
            </w:r>
          </w:p>
          <w:p w:rsidR="00C65C58" w:rsidRDefault="00C65C58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C65C58" w:rsidRDefault="00C65C58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65C58" w:rsidRDefault="002C3E71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16.35-17</w:t>
            </w:r>
            <w:r w:rsidR="00C65C58">
              <w:rPr>
                <w:rFonts w:ascii="Times New Roman" w:hAnsi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  <w:p w:rsidR="00C65C58" w:rsidRDefault="002C3E71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читання.</w:t>
            </w:r>
          </w:p>
          <w:p w:rsidR="002C3E71" w:rsidRPr="00444ECF" w:rsidRDefault="002C3E71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65C58" w:rsidRDefault="002C3E71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  <w:r w:rsidR="00C65C58">
              <w:rPr>
                <w:rFonts w:ascii="Times New Roman" w:hAnsi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C65C58">
              <w:rPr>
                <w:rFonts w:ascii="Times New Roman" w:hAnsi="Times New Roman"/>
                <w:sz w:val="24"/>
                <w:szCs w:val="24"/>
                <w:lang w:val="ru-RU"/>
              </w:rPr>
              <w:t>-17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.2</w:t>
            </w:r>
            <w:r w:rsidR="00C65C5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  <w:p w:rsidR="00C65C58" w:rsidRDefault="00C65C58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Руханки, </w:t>
            </w:r>
            <w:r w:rsidR="002C3E71">
              <w:rPr>
                <w:rFonts w:ascii="Times New Roman" w:hAnsi="Times New Roman"/>
                <w:sz w:val="24"/>
                <w:szCs w:val="24"/>
                <w:lang w:val="ru-RU"/>
              </w:rPr>
              <w:t>вікторини «Здоровий спосіб життя»</w:t>
            </w:r>
          </w:p>
          <w:p w:rsidR="00C65C58" w:rsidRDefault="00C65C58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65C58" w:rsidRDefault="002C3E71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</w:t>
            </w:r>
            <w:r w:rsidR="00C65C58">
              <w:rPr>
                <w:rFonts w:ascii="Times New Roman" w:hAnsi="Times New Roman"/>
                <w:sz w:val="24"/>
                <w:szCs w:val="24"/>
                <w:lang w:val="ru-RU"/>
              </w:rPr>
              <w:t>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C65C58" w:rsidRDefault="00C65C58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65C58" w:rsidRDefault="00C65C58" w:rsidP="00C65C5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C65C58" w:rsidRPr="00C255C3" w:rsidRDefault="00C65C58" w:rsidP="00C65C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</w:tcPr>
          <w:p w:rsidR="004F5924" w:rsidRPr="00C65C58" w:rsidRDefault="004F5924" w:rsidP="004F59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14.30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-14.40</w:t>
            </w:r>
          </w:p>
          <w:p w:rsidR="004F5924" w:rsidRDefault="004F5924" w:rsidP="004F59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91E57" w:rsidRDefault="00A91E57" w:rsidP="004F59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F5924" w:rsidRDefault="004F5924" w:rsidP="004F59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14.40-14.50</w:t>
            </w:r>
          </w:p>
          <w:p w:rsidR="004F5924" w:rsidRDefault="004F5924" w:rsidP="004F592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F5924" w:rsidRDefault="004F5924" w:rsidP="004F592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F5924" w:rsidRDefault="004F5924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14.50-15.05</w:t>
            </w:r>
          </w:p>
          <w:p w:rsidR="004F5924" w:rsidRDefault="004F5924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4F5924" w:rsidRDefault="004F5924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F5924" w:rsidRDefault="004F5924" w:rsidP="004F59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15.05-16.05</w:t>
            </w:r>
          </w:p>
          <w:p w:rsidR="004F5924" w:rsidRDefault="004F5924" w:rsidP="004F59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4F5924" w:rsidRDefault="004F5924" w:rsidP="004F59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F5924" w:rsidRDefault="004F5924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16.05-16.35</w:t>
            </w:r>
          </w:p>
          <w:p w:rsidR="004F5924" w:rsidRDefault="004F5924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F5924" w:rsidRDefault="004F5924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F5924" w:rsidRDefault="004F5924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16.35-17.05</w:t>
            </w:r>
          </w:p>
          <w:p w:rsidR="004F5924" w:rsidRDefault="004F5924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Безпека життєдіяльності.</w:t>
            </w:r>
          </w:p>
          <w:p w:rsidR="004F5924" w:rsidRPr="00444ECF" w:rsidRDefault="004F5924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F5924" w:rsidRDefault="004F5924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17.05-17.20</w:t>
            </w:r>
          </w:p>
          <w:p w:rsidR="004F5924" w:rsidRDefault="00A91E57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Комунікативний практикум щодо етикету спілкування</w:t>
            </w:r>
          </w:p>
          <w:p w:rsidR="004F5924" w:rsidRDefault="004F5924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F5924" w:rsidRDefault="004F5924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F5924" w:rsidRDefault="004F5924" w:rsidP="004F592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03D89" w:rsidRPr="00B03D89" w:rsidRDefault="004F5924" w:rsidP="004F592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424" w:type="dxa"/>
            <w:shd w:val="clear" w:color="auto" w:fill="F2F2F2" w:themeFill="background1" w:themeFillShade="F2"/>
          </w:tcPr>
          <w:p w:rsidR="0055413F" w:rsidRPr="00C255C3" w:rsidRDefault="0055413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shd w:val="clear" w:color="auto" w:fill="F2F2F2" w:themeFill="background1" w:themeFillShade="F2"/>
          </w:tcPr>
          <w:p w:rsidR="0055413F" w:rsidRPr="00C255C3" w:rsidRDefault="0055413F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561A3" w:rsidRPr="00C255C3" w:rsidTr="004E462F">
        <w:tc>
          <w:tcPr>
            <w:tcW w:w="675" w:type="dxa"/>
          </w:tcPr>
          <w:p w:rsidR="00B561A3" w:rsidRPr="00CA3EA2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6</w:t>
            </w:r>
          </w:p>
        </w:tc>
        <w:tc>
          <w:tcPr>
            <w:tcW w:w="992" w:type="dxa"/>
          </w:tcPr>
          <w:p w:rsidR="00B561A3" w:rsidRPr="00CA3EA2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№6</w:t>
            </w:r>
          </w:p>
        </w:tc>
        <w:tc>
          <w:tcPr>
            <w:tcW w:w="2121" w:type="dxa"/>
          </w:tcPr>
          <w:p w:rsidR="00B561A3" w:rsidRPr="00CA3EA2" w:rsidRDefault="00B561A3" w:rsidP="00E66CDF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A3EA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Вакансія</w:t>
            </w:r>
          </w:p>
        </w:tc>
        <w:tc>
          <w:tcPr>
            <w:tcW w:w="2549" w:type="dxa"/>
          </w:tcPr>
          <w:p w:rsidR="00B561A3" w:rsidRDefault="00C14606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13.45</w:t>
            </w:r>
            <w:r w:rsidR="00B03D89">
              <w:rPr>
                <w:rFonts w:ascii="Times New Roman" w:hAnsi="Times New Roman"/>
                <w:sz w:val="24"/>
                <w:szCs w:val="24"/>
                <w:lang w:val="ru-RU"/>
              </w:rPr>
              <w:t>-13.55</w:t>
            </w:r>
          </w:p>
          <w:p w:rsidR="00B03D89" w:rsidRDefault="00B03D89" w:rsidP="00B03D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Індивідуальна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03D89" w:rsidRDefault="00B03D89" w:rsidP="00B03D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03D89" w:rsidRDefault="00B03D89" w:rsidP="00B03D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13.55-14.05</w:t>
            </w:r>
          </w:p>
          <w:p w:rsidR="00B03D89" w:rsidRDefault="00B03D89" w:rsidP="00B03D8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03D89" w:rsidRDefault="00B03D89" w:rsidP="00B03D8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03D89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14.05-14.20</w:t>
            </w:r>
          </w:p>
          <w:p w:rsidR="00B03D89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B03D89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03D89" w:rsidRDefault="00B03D89" w:rsidP="00B03D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14.20-15.20</w:t>
            </w:r>
          </w:p>
          <w:p w:rsidR="00B03D89" w:rsidRDefault="00B03D89" w:rsidP="00B03D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B03D89" w:rsidRDefault="00B03D89" w:rsidP="00B03D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03D89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15.20-15.50</w:t>
            </w:r>
          </w:p>
          <w:p w:rsidR="00B03D89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B03D89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15.50-16.10</w:t>
            </w:r>
          </w:p>
          <w:p w:rsidR="00B03D89" w:rsidRPr="00444ECF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44EC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Цифрова безпека та </w:t>
            </w:r>
            <w:proofErr w:type="gramStart"/>
            <w:r w:rsidRPr="00444ECF">
              <w:rPr>
                <w:rFonts w:ascii="Times New Roman" w:hAnsi="Times New Roman"/>
                <w:sz w:val="24"/>
                <w:szCs w:val="24"/>
                <w:lang w:val="ru-RU"/>
              </w:rPr>
              <w:t>мед</w:t>
            </w:r>
            <w:proofErr w:type="gramEnd"/>
            <w:r w:rsidRPr="00444ECF">
              <w:rPr>
                <w:rFonts w:ascii="Times New Roman" w:hAnsi="Times New Roman"/>
                <w:sz w:val="24"/>
                <w:szCs w:val="24"/>
                <w:lang w:val="ru-RU"/>
              </w:rPr>
              <w:t>іа грамотність: безпечна поведінка в Інтернеті, критичне сприйняття інформації</w:t>
            </w:r>
          </w:p>
          <w:p w:rsidR="00B03D89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</w:t>
            </w:r>
            <w:r w:rsidR="001B3FA6">
              <w:rPr>
                <w:rFonts w:ascii="Times New Roman" w:hAnsi="Times New Roman"/>
                <w:sz w:val="24"/>
                <w:szCs w:val="24"/>
                <w:lang w:val="ru-RU"/>
              </w:rPr>
              <w:t>-17.1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  <w:p w:rsidR="00B03D89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Україна і світ.</w:t>
            </w:r>
          </w:p>
          <w:p w:rsidR="00B03D89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Конкурси, вікторини.</w:t>
            </w:r>
          </w:p>
          <w:p w:rsidR="00B03D89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03D89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</w:t>
            </w:r>
            <w:r w:rsidR="001B3FA6">
              <w:rPr>
                <w:rFonts w:ascii="Times New Roman" w:hAnsi="Times New Roman"/>
                <w:sz w:val="24"/>
                <w:szCs w:val="24"/>
                <w:lang w:val="ru-RU"/>
              </w:rPr>
              <w:t>10-18.00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03D89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03D89" w:rsidRPr="00D85C7A" w:rsidRDefault="00B03D89" w:rsidP="00B03D8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</w:tcPr>
          <w:p w:rsidR="00B561A3" w:rsidRDefault="00C14606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14.40</w:t>
            </w:r>
            <w:r w:rsidR="00A91E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-14.50</w:t>
            </w: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Індивідуальна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14.50-15.00</w:t>
            </w:r>
          </w:p>
          <w:p w:rsidR="00A91E57" w:rsidRDefault="00A91E57" w:rsidP="00A91E5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A91E57" w:rsidRDefault="00A91E57" w:rsidP="00A91E5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15.00-15.15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15.15-16.15</w:t>
            </w: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16.15-16.45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16.45-17.15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читання.</w:t>
            </w:r>
          </w:p>
          <w:p w:rsidR="000E1B33" w:rsidRPr="00444ECF" w:rsidRDefault="000E1B33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17.15-17.30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вікторини «Здоровий спосіб життя»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6E79" w:rsidRDefault="00846E79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6E79" w:rsidRDefault="00846E79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17.30-18.00</w:t>
            </w:r>
          </w:p>
          <w:p w:rsidR="001B3FA6" w:rsidRDefault="00846E79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A91E57" w:rsidRPr="00C255C3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</w:t>
            </w:r>
          </w:p>
        </w:tc>
        <w:tc>
          <w:tcPr>
            <w:tcW w:w="2265" w:type="dxa"/>
          </w:tcPr>
          <w:p w:rsidR="00B561A3" w:rsidRDefault="00C14606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14.40</w:t>
            </w:r>
            <w:r w:rsidR="00A91E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-14.50</w:t>
            </w: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Індивідуальна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14.50-15.00</w:t>
            </w:r>
          </w:p>
          <w:p w:rsidR="00A91E57" w:rsidRDefault="00A91E57" w:rsidP="00A91E5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A91E57" w:rsidRDefault="00A91E57" w:rsidP="00A91E5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15.00-15.15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15.15-16.15</w:t>
            </w: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16.15-16.45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16.45-17.15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Безпека життєдіяльності.</w:t>
            </w:r>
          </w:p>
          <w:p w:rsidR="000E1B33" w:rsidRPr="00444ECF" w:rsidRDefault="000E1B33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17.15-17.30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Комунікативний практикум щодо етикету спілкування</w:t>
            </w:r>
          </w:p>
          <w:p w:rsidR="00846E79" w:rsidRDefault="00846E79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6E79" w:rsidRDefault="00846E79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17.30-18.00</w:t>
            </w:r>
          </w:p>
          <w:p w:rsidR="001B3FA6" w:rsidRDefault="00846E79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A91E57" w:rsidRPr="00C255C3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424" w:type="dxa"/>
          </w:tcPr>
          <w:p w:rsidR="00B561A3" w:rsidRDefault="00C14606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14.45</w:t>
            </w:r>
            <w:r w:rsidR="000E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-14.55</w:t>
            </w:r>
          </w:p>
          <w:p w:rsidR="000E1B33" w:rsidRDefault="000E1B33" w:rsidP="000E1B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Індивідуальна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E1B33" w:rsidRDefault="000E1B33" w:rsidP="000E1B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E1B33" w:rsidRDefault="000E1B33" w:rsidP="000E1B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14.55-15.05</w:t>
            </w:r>
          </w:p>
          <w:p w:rsidR="000E1B33" w:rsidRDefault="000E1B33" w:rsidP="000E1B3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15.05-15.20</w:t>
            </w: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E1B33" w:rsidRDefault="000E1B33" w:rsidP="000E1B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15.20-16.20</w:t>
            </w:r>
          </w:p>
          <w:p w:rsidR="000E1B33" w:rsidRDefault="000E1B33" w:rsidP="000E1B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0E1B33" w:rsidRDefault="000E1B33" w:rsidP="000E1B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16.20-16.50</w:t>
            </w: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16.50-17.20</w:t>
            </w: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читання.</w:t>
            </w: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E1B33" w:rsidRPr="00444ECF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17.20-17.35</w:t>
            </w: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конкурси, вікторини.</w:t>
            </w: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6E79" w:rsidRDefault="00846E79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6E79" w:rsidRDefault="00846E79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17.35-18.00</w:t>
            </w:r>
          </w:p>
          <w:p w:rsidR="001B3FA6" w:rsidRDefault="00846E79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0E1B33" w:rsidRDefault="000E1B33" w:rsidP="000E1B3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0E1B33" w:rsidRPr="00C255C3" w:rsidRDefault="000E1B33" w:rsidP="000E1B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552" w:type="dxa"/>
          </w:tcPr>
          <w:p w:rsidR="00B561A3" w:rsidRDefault="00C14606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14.40</w:t>
            </w:r>
            <w:r w:rsidR="00E873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-14.50</w:t>
            </w:r>
          </w:p>
          <w:p w:rsidR="00E873C3" w:rsidRDefault="00E873C3" w:rsidP="00E873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Індивідуальна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873C3" w:rsidRDefault="00E873C3" w:rsidP="00E873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873C3" w:rsidRDefault="00E873C3" w:rsidP="00E873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14.50-15.00</w:t>
            </w:r>
          </w:p>
          <w:p w:rsidR="00E873C3" w:rsidRDefault="00E873C3" w:rsidP="00E873C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E873C3" w:rsidRDefault="00E873C3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873C3" w:rsidRDefault="00093BF1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15.00-15.15</w:t>
            </w:r>
          </w:p>
          <w:p w:rsidR="00E873C3" w:rsidRDefault="00E873C3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E873C3" w:rsidRDefault="00E873C3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873C3" w:rsidRDefault="00093BF1" w:rsidP="00E873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15.15</w:t>
            </w:r>
            <w:r w:rsidR="00E873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-16.1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  <w:p w:rsidR="00E873C3" w:rsidRDefault="00E873C3" w:rsidP="00E873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E873C3" w:rsidRDefault="00E873C3" w:rsidP="00E873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E873C3" w:rsidRDefault="00093BF1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16.15</w:t>
            </w:r>
            <w:r w:rsidR="00E873C3">
              <w:rPr>
                <w:rFonts w:ascii="Times New Roman" w:hAnsi="Times New Roman"/>
                <w:sz w:val="24"/>
                <w:szCs w:val="24"/>
                <w:lang w:val="ru-RU"/>
              </w:rPr>
              <w:t>-16.4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  <w:p w:rsidR="00E873C3" w:rsidRDefault="00E873C3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E873C3" w:rsidRDefault="00093BF1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16.45-17.05</w:t>
            </w:r>
          </w:p>
          <w:p w:rsidR="00E873C3" w:rsidRDefault="00E873C3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Безпекова компетентність</w:t>
            </w:r>
          </w:p>
          <w:p w:rsidR="00093BF1" w:rsidRPr="00444ECF" w:rsidRDefault="00093BF1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873C3" w:rsidRDefault="00093BF1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17.05</w:t>
            </w:r>
            <w:r w:rsidR="00E873C3">
              <w:rPr>
                <w:rFonts w:ascii="Times New Roman" w:hAnsi="Times New Roman"/>
                <w:sz w:val="24"/>
                <w:szCs w:val="24"/>
                <w:lang w:val="ru-RU"/>
              </w:rPr>
              <w:t>-17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.20</w:t>
            </w:r>
          </w:p>
          <w:p w:rsidR="00E873C3" w:rsidRDefault="00E873C3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конкурси, вікторини.</w:t>
            </w:r>
          </w:p>
          <w:p w:rsidR="00E873C3" w:rsidRDefault="00E873C3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93BF1" w:rsidRDefault="00093BF1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6E79" w:rsidRDefault="00846E79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6E79" w:rsidRDefault="00846E79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873C3" w:rsidRDefault="00093BF1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</w:t>
            </w:r>
            <w:r w:rsidR="00E873C3">
              <w:rPr>
                <w:rFonts w:ascii="Times New Roman" w:hAnsi="Times New Roman"/>
                <w:sz w:val="24"/>
                <w:szCs w:val="24"/>
                <w:lang w:val="ru-RU"/>
              </w:rPr>
              <w:t>0-18.00</w:t>
            </w:r>
          </w:p>
          <w:p w:rsidR="001B3FA6" w:rsidRDefault="00846E79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E873C3" w:rsidRDefault="00E873C3" w:rsidP="00E873C3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E873C3" w:rsidRPr="00C255C3" w:rsidRDefault="00E873C3" w:rsidP="00E873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</w:tr>
      <w:tr w:rsidR="00B561A3" w:rsidRPr="00C255C3" w:rsidTr="004E462F">
        <w:tc>
          <w:tcPr>
            <w:tcW w:w="675" w:type="dxa"/>
          </w:tcPr>
          <w:p w:rsidR="00B561A3" w:rsidRPr="00C255C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992" w:type="dxa"/>
          </w:tcPr>
          <w:p w:rsidR="00B561A3" w:rsidRPr="00C255C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№7</w:t>
            </w:r>
          </w:p>
        </w:tc>
        <w:tc>
          <w:tcPr>
            <w:tcW w:w="2121" w:type="dxa"/>
          </w:tcPr>
          <w:p w:rsidR="00B561A3" w:rsidRPr="00CA3EA2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Мамонова І.Д.</w:t>
            </w:r>
          </w:p>
        </w:tc>
        <w:tc>
          <w:tcPr>
            <w:tcW w:w="2549" w:type="dxa"/>
          </w:tcPr>
          <w:p w:rsidR="00B561A3" w:rsidRDefault="00832F32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15.25</w:t>
            </w:r>
            <w:r w:rsidR="0084320F">
              <w:rPr>
                <w:rFonts w:ascii="Times New Roman" w:hAnsi="Times New Roman"/>
                <w:sz w:val="24"/>
                <w:szCs w:val="24"/>
                <w:lang w:val="uk-UA"/>
              </w:rPr>
              <w:t>-15.35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15.35-15.45</w:t>
            </w:r>
          </w:p>
          <w:p w:rsidR="0084320F" w:rsidRDefault="0084320F" w:rsidP="008432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4320F" w:rsidRDefault="0084320F" w:rsidP="008432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15.45-16.00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16.00-17.00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17.00-17.30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17.30-18.00</w:t>
            </w:r>
          </w:p>
          <w:p w:rsidR="0084320F" w:rsidRDefault="00846E79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84320F" w:rsidRPr="00832F32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</w:tcPr>
          <w:p w:rsidR="00B561A3" w:rsidRDefault="00832F32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14.35</w:t>
            </w:r>
            <w:r w:rsidR="003F36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-14.45</w:t>
            </w: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91E57" w:rsidRDefault="003F3696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A91E57" w:rsidRDefault="00A91E57" w:rsidP="00A91E5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A91E57" w:rsidRDefault="00A91E57" w:rsidP="00A91E5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91E57" w:rsidRDefault="003F3696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91E57" w:rsidRDefault="003F3696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A91E57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91E57" w:rsidRDefault="003F3696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A91E57" w:rsidRDefault="003F3696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</w:t>
            </w:r>
            <w:r w:rsidR="00A91E5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</w:t>
            </w:r>
          </w:p>
          <w:p w:rsidR="00A91E57" w:rsidRPr="00444ECF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читання.</w:t>
            </w:r>
          </w:p>
          <w:p w:rsidR="00A91E57" w:rsidRDefault="0031041E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17.10-17.30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вікторини «Здоровий спосіб життя»</w:t>
            </w:r>
          </w:p>
          <w:p w:rsidR="00A91E57" w:rsidRDefault="0031041E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</w:t>
            </w:r>
            <w:r w:rsidR="003F3696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A91E57">
              <w:rPr>
                <w:rFonts w:ascii="Times New Roman" w:hAnsi="Times New Roman"/>
                <w:sz w:val="24"/>
                <w:szCs w:val="24"/>
                <w:lang w:val="ru-RU"/>
              </w:rPr>
              <w:t>-18.00</w:t>
            </w:r>
          </w:p>
          <w:p w:rsidR="0084320F" w:rsidRDefault="00846E79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A91E57" w:rsidRDefault="00A91E57" w:rsidP="00A91E5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A91E57" w:rsidRPr="00C255C3" w:rsidRDefault="00A91E57" w:rsidP="00A91E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</w:t>
            </w:r>
          </w:p>
        </w:tc>
        <w:tc>
          <w:tcPr>
            <w:tcW w:w="2265" w:type="dxa"/>
          </w:tcPr>
          <w:p w:rsidR="00B561A3" w:rsidRDefault="00832F32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15.25</w:t>
            </w:r>
            <w:r w:rsidR="008432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-15.35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15.35-15.45</w:t>
            </w:r>
          </w:p>
          <w:p w:rsidR="0084320F" w:rsidRDefault="0084320F" w:rsidP="008432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4320F" w:rsidRDefault="0084320F" w:rsidP="008432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15.45-16.00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16.00-17.00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17.00-17.30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17.30-18.00</w:t>
            </w:r>
          </w:p>
          <w:p w:rsidR="0084320F" w:rsidRDefault="00846E79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84320F" w:rsidRPr="00C255C3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424" w:type="dxa"/>
          </w:tcPr>
          <w:p w:rsidR="00B561A3" w:rsidRDefault="00832F32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14.35</w:t>
            </w:r>
            <w:r w:rsidR="00D877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-14.45</w:t>
            </w:r>
          </w:p>
          <w:p w:rsidR="00D8771E" w:rsidRDefault="00D8771E" w:rsidP="00D877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8771E" w:rsidRDefault="00D8771E" w:rsidP="00D877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8771E" w:rsidRDefault="00D8771E" w:rsidP="00D877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D8771E" w:rsidRDefault="00D8771E" w:rsidP="00D877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8771E" w:rsidRDefault="00D8771E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8771E" w:rsidRDefault="00D8771E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D8771E" w:rsidRDefault="00D8771E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D8771E" w:rsidRDefault="00D8771E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8771E" w:rsidRDefault="00D8771E" w:rsidP="00D877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710A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0-16</w:t>
            </w:r>
            <w:r w:rsidR="00710A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  <w:p w:rsidR="00D8771E" w:rsidRDefault="00D8771E" w:rsidP="00D877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D8771E" w:rsidRDefault="00D8771E" w:rsidP="00D877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8771E" w:rsidRDefault="00710AC8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</w:t>
            </w:r>
            <w:r w:rsidR="00D8771E">
              <w:rPr>
                <w:rFonts w:ascii="Times New Roman" w:hAnsi="Times New Roman"/>
                <w:sz w:val="24"/>
                <w:szCs w:val="24"/>
                <w:lang w:val="ru-RU"/>
              </w:rPr>
              <w:t>0-16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.4</w:t>
            </w:r>
            <w:r w:rsidR="00D8771E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  <w:p w:rsidR="00D8771E" w:rsidRDefault="00D8771E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D8771E" w:rsidRDefault="00D8771E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  <w:r w:rsidR="00710AC8">
              <w:rPr>
                <w:rFonts w:ascii="Times New Roman" w:hAnsi="Times New Roman"/>
                <w:sz w:val="24"/>
                <w:szCs w:val="24"/>
                <w:lang w:val="ru-RU"/>
              </w:rPr>
              <w:t>.4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0-17</w:t>
            </w:r>
            <w:r w:rsidR="00710AC8">
              <w:rPr>
                <w:rFonts w:ascii="Times New Roman" w:hAnsi="Times New Roman"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  <w:p w:rsidR="00D8771E" w:rsidRDefault="00D8771E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читання.</w:t>
            </w:r>
          </w:p>
          <w:p w:rsidR="00D8771E" w:rsidRPr="00444ECF" w:rsidRDefault="00D8771E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8771E" w:rsidRDefault="00D8771E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  <w:r w:rsidR="00710AC8">
              <w:rPr>
                <w:rFonts w:ascii="Times New Roman" w:hAnsi="Times New Roman"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0-17</w:t>
            </w:r>
            <w:r w:rsidR="0084320F">
              <w:rPr>
                <w:rFonts w:ascii="Times New Roman" w:hAnsi="Times New Roman"/>
                <w:sz w:val="24"/>
                <w:szCs w:val="24"/>
                <w:lang w:val="ru-RU"/>
              </w:rPr>
              <w:t>.25</w:t>
            </w:r>
          </w:p>
          <w:p w:rsidR="00D8771E" w:rsidRDefault="00D8771E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конкурси, вікторини.</w:t>
            </w:r>
          </w:p>
          <w:p w:rsidR="00D8771E" w:rsidRDefault="00D8771E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8771E" w:rsidRDefault="0084320F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</w:t>
            </w:r>
            <w:r w:rsidR="00D8771E">
              <w:rPr>
                <w:rFonts w:ascii="Times New Roman" w:hAnsi="Times New Roman"/>
                <w:sz w:val="24"/>
                <w:szCs w:val="24"/>
                <w:lang w:val="ru-RU"/>
              </w:rPr>
              <w:t>5-18.00</w:t>
            </w:r>
          </w:p>
          <w:p w:rsidR="00D8771E" w:rsidRDefault="00846E79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8771E" w:rsidRDefault="00D8771E" w:rsidP="00D8771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D8771E" w:rsidRPr="00C255C3" w:rsidRDefault="00D8771E" w:rsidP="00D877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552" w:type="dxa"/>
          </w:tcPr>
          <w:p w:rsidR="00386D3A" w:rsidRPr="00C65C58" w:rsidRDefault="00386D3A" w:rsidP="00386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14.30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-14.40</w:t>
            </w:r>
          </w:p>
          <w:p w:rsidR="00386D3A" w:rsidRDefault="00386D3A" w:rsidP="00386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86D3A" w:rsidRDefault="00386D3A" w:rsidP="00386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6D3A" w:rsidRDefault="00386D3A" w:rsidP="00386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14.40-14.50</w:t>
            </w:r>
          </w:p>
          <w:p w:rsidR="00386D3A" w:rsidRDefault="00386D3A" w:rsidP="00386D3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386D3A" w:rsidRDefault="00386D3A" w:rsidP="00386D3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86D3A" w:rsidRDefault="00386D3A" w:rsidP="00386D3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14.50-15.05</w:t>
            </w:r>
          </w:p>
          <w:p w:rsidR="00386D3A" w:rsidRDefault="00386D3A" w:rsidP="00386D3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386D3A" w:rsidRDefault="00386D3A" w:rsidP="00386D3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86D3A" w:rsidRDefault="00386D3A" w:rsidP="00386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15.05-16.05</w:t>
            </w:r>
          </w:p>
          <w:p w:rsidR="00386D3A" w:rsidRDefault="00386D3A" w:rsidP="00386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386D3A" w:rsidRDefault="00386D3A" w:rsidP="00386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86D3A" w:rsidRDefault="00386D3A" w:rsidP="00386D3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16.05-16.35</w:t>
            </w:r>
          </w:p>
          <w:p w:rsidR="00386D3A" w:rsidRDefault="00386D3A" w:rsidP="00386D3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386D3A" w:rsidRDefault="00386D3A" w:rsidP="00386D3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16.35-17.05</w:t>
            </w:r>
          </w:p>
          <w:p w:rsidR="00D8771E" w:rsidRPr="00D8771E" w:rsidRDefault="00D8771E" w:rsidP="00386D3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Комунікація без бар</w:t>
            </w:r>
            <w:r w:rsidRPr="00D8771E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єрів </w:t>
            </w:r>
          </w:p>
          <w:p w:rsidR="00386D3A" w:rsidRDefault="00386D3A" w:rsidP="00386D3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17.05-17.20</w:t>
            </w:r>
          </w:p>
          <w:p w:rsidR="00386D3A" w:rsidRDefault="00D8771E" w:rsidP="00386D3A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Руханки, вікторини, квести</w:t>
            </w:r>
          </w:p>
          <w:p w:rsidR="00D8771E" w:rsidRPr="00D8771E" w:rsidRDefault="00D8771E" w:rsidP="00386D3A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86D3A" w:rsidRDefault="00386D3A" w:rsidP="00386D3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17.20-18.00</w:t>
            </w:r>
          </w:p>
          <w:p w:rsidR="00386D3A" w:rsidRDefault="00846E79" w:rsidP="00386D3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386D3A" w:rsidRDefault="00386D3A" w:rsidP="00386D3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386D3A" w:rsidRPr="00C255C3" w:rsidRDefault="00386D3A" w:rsidP="00386D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</w:tr>
      <w:tr w:rsidR="00D97E10" w:rsidRPr="00C255C3" w:rsidTr="004E462F">
        <w:tc>
          <w:tcPr>
            <w:tcW w:w="675" w:type="dxa"/>
          </w:tcPr>
          <w:p w:rsidR="00D97E10" w:rsidRDefault="00D97E10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992" w:type="dxa"/>
          </w:tcPr>
          <w:p w:rsidR="00D97E10" w:rsidRPr="00C255C3" w:rsidRDefault="00D97E10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№8</w:t>
            </w:r>
          </w:p>
        </w:tc>
        <w:tc>
          <w:tcPr>
            <w:tcW w:w="2121" w:type="dxa"/>
          </w:tcPr>
          <w:p w:rsidR="00D97E10" w:rsidRPr="00CA3EA2" w:rsidRDefault="00D97E10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Кот Н.О.</w:t>
            </w:r>
          </w:p>
        </w:tc>
        <w:tc>
          <w:tcPr>
            <w:tcW w:w="2549" w:type="dxa"/>
          </w:tcPr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15.25-15.35</w:t>
            </w:r>
          </w:p>
          <w:p w:rsidR="00D97E10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97E10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97E10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15.35-15.45</w:t>
            </w:r>
          </w:p>
          <w:p w:rsidR="00D97E10" w:rsidRDefault="00D97E10" w:rsidP="008432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97E10" w:rsidRDefault="00D97E10" w:rsidP="008432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15.45-16.00</w:t>
            </w: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16.00-17.00</w:t>
            </w:r>
          </w:p>
          <w:p w:rsidR="00D97E10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D97E10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17.00-17.30</w:t>
            </w: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17.30-18.00</w:t>
            </w:r>
          </w:p>
          <w:p w:rsidR="004A6FD8" w:rsidRDefault="00846E79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D97E10" w:rsidRPr="00832F32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</w:tcPr>
          <w:p w:rsidR="00D97E10" w:rsidRPr="00C65C58" w:rsidRDefault="00D97E10" w:rsidP="002C3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14.30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-14.40</w:t>
            </w:r>
          </w:p>
          <w:p w:rsidR="00D97E10" w:rsidRDefault="00D97E10" w:rsidP="002C3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97E10" w:rsidRDefault="00D97E10" w:rsidP="002C3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97E10" w:rsidRDefault="00D97E10" w:rsidP="002C3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14.40-14.50</w:t>
            </w:r>
          </w:p>
          <w:p w:rsidR="00D97E10" w:rsidRDefault="00D97E10" w:rsidP="002C3E7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97E10" w:rsidRDefault="00D97E10" w:rsidP="002C3E7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Default="00D97E10" w:rsidP="002C3E7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14.50-15.05</w:t>
            </w:r>
          </w:p>
          <w:p w:rsidR="00D97E10" w:rsidRDefault="00D97E10" w:rsidP="002C3E7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D97E10" w:rsidRDefault="00D97E10" w:rsidP="002C3E7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Default="00D97E10" w:rsidP="002C3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15.05-16.05</w:t>
            </w:r>
          </w:p>
          <w:p w:rsidR="00D97E10" w:rsidRDefault="00D97E10" w:rsidP="002C3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D97E10" w:rsidRDefault="00D97E10" w:rsidP="002C3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97E10" w:rsidRDefault="00D97E10" w:rsidP="002C3E7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16.05-16.35</w:t>
            </w:r>
          </w:p>
          <w:p w:rsidR="00D97E10" w:rsidRDefault="00D97E10" w:rsidP="002C3E7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D97E10" w:rsidRDefault="00D97E10" w:rsidP="002C3E7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16.35-17.05</w:t>
            </w:r>
          </w:p>
          <w:p w:rsidR="004A6FD8" w:rsidRPr="00444ECF" w:rsidRDefault="00D97E10" w:rsidP="002C3E7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читання.</w:t>
            </w:r>
          </w:p>
          <w:p w:rsidR="00D97E10" w:rsidRDefault="00D97E10" w:rsidP="002C3E7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17.05-17.20</w:t>
            </w:r>
          </w:p>
          <w:p w:rsidR="00D97E10" w:rsidRDefault="00D97E10" w:rsidP="002C3E7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вікторини «Здоровий спосіб життя»</w:t>
            </w:r>
          </w:p>
          <w:p w:rsidR="00D97E10" w:rsidRDefault="00D97E10" w:rsidP="002C3E7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17.20-18.00</w:t>
            </w:r>
          </w:p>
          <w:p w:rsidR="00EB5CC0" w:rsidRDefault="00EB5CC0" w:rsidP="00EB5CC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97E10" w:rsidRDefault="00D97E10" w:rsidP="002C3E7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D97E10" w:rsidRPr="00C255C3" w:rsidRDefault="00D97E10" w:rsidP="002C3E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</w:tcPr>
          <w:p w:rsidR="00D97E10" w:rsidRDefault="00D97E10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15.30-15.40</w:t>
            </w:r>
          </w:p>
          <w:p w:rsidR="00D97E10" w:rsidRDefault="00D97E10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97E10" w:rsidRDefault="00D97E10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97E10" w:rsidRDefault="002F2A9D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15.40-15.50</w:t>
            </w:r>
          </w:p>
          <w:p w:rsidR="00D97E10" w:rsidRDefault="00D97E10" w:rsidP="00D97E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97E10" w:rsidRDefault="00D97E10" w:rsidP="00D97E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Default="00754E1D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15.50</w:t>
            </w:r>
            <w:r w:rsidR="00D97E10">
              <w:rPr>
                <w:rFonts w:ascii="Times New Roman" w:hAnsi="Times New Roman"/>
                <w:sz w:val="24"/>
                <w:szCs w:val="24"/>
                <w:lang w:val="ru-RU"/>
              </w:rPr>
              <w:t>-16.0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  <w:p w:rsidR="00D97E10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D97E10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Default="00754E1D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16.05-17.05</w:t>
            </w:r>
          </w:p>
          <w:p w:rsidR="00D97E10" w:rsidRDefault="00D97E10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D97E10" w:rsidRDefault="00D97E10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97E10" w:rsidRDefault="004A6FD8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17.05-17.35</w:t>
            </w:r>
          </w:p>
          <w:p w:rsidR="004A6FD8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D97E10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Default="004A6FD8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17.35</w:t>
            </w:r>
            <w:r w:rsidR="00D97E10">
              <w:rPr>
                <w:rFonts w:ascii="Times New Roman" w:hAnsi="Times New Roman"/>
                <w:sz w:val="24"/>
                <w:szCs w:val="24"/>
                <w:lang w:val="ru-RU"/>
              </w:rPr>
              <w:t>-18.00</w:t>
            </w:r>
          </w:p>
          <w:p w:rsidR="004A6FD8" w:rsidRDefault="00846E79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97E10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D97E10" w:rsidRPr="00C255C3" w:rsidRDefault="00D97E10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424" w:type="dxa"/>
          </w:tcPr>
          <w:p w:rsidR="00D97E10" w:rsidRDefault="00D97E10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15.30-15.40</w:t>
            </w:r>
          </w:p>
          <w:p w:rsidR="00D97E10" w:rsidRDefault="00D97E10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97E10" w:rsidRDefault="00D97E10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F2A9D" w:rsidRDefault="002F2A9D" w:rsidP="002F2A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15.40-15.50</w:t>
            </w:r>
          </w:p>
          <w:p w:rsidR="00D97E10" w:rsidRDefault="00D97E10" w:rsidP="00D97E1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97E10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54E1D" w:rsidRDefault="00754E1D" w:rsidP="00754E1D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15.50-16.05</w:t>
            </w:r>
          </w:p>
          <w:p w:rsidR="00D97E10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D97E10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54E1D" w:rsidRDefault="00754E1D" w:rsidP="00754E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16.05-17.05</w:t>
            </w:r>
          </w:p>
          <w:p w:rsidR="00D97E10" w:rsidRDefault="00D97E10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D97E10" w:rsidRDefault="00D97E10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A6FD8" w:rsidRDefault="004A6FD8" w:rsidP="004A6FD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17.05-17.35</w:t>
            </w:r>
          </w:p>
          <w:p w:rsidR="00D97E10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4A6FD8" w:rsidRDefault="004A6FD8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A6FD8" w:rsidRDefault="004A6FD8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17.35-18.00</w:t>
            </w:r>
          </w:p>
          <w:p w:rsidR="00D97E10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читання.</w:t>
            </w:r>
          </w:p>
          <w:p w:rsidR="00D97E10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Pr="00444ECF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A6FD8" w:rsidRDefault="004A6FD8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A6FD8" w:rsidRDefault="004A6FD8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A6FD8" w:rsidRDefault="004A6FD8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A6FD8" w:rsidRDefault="004A6FD8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A6FD8" w:rsidRDefault="004A6FD8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A6FD8" w:rsidRDefault="004A6FD8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A6FD8" w:rsidRDefault="004A6FD8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Default="00D97E10" w:rsidP="00D97E1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D97E10" w:rsidRPr="00C255C3" w:rsidRDefault="00D97E10" w:rsidP="00D97E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552" w:type="dxa"/>
          </w:tcPr>
          <w:p w:rsidR="00D97E10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14.35-14.45</w:t>
            </w:r>
          </w:p>
          <w:p w:rsidR="00D97E10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97E10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97E10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D97E10" w:rsidRDefault="00D97E10" w:rsidP="008432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D97E10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D97E10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</w:t>
            </w:r>
            <w:r w:rsidR="00F9666A">
              <w:rPr>
                <w:rFonts w:ascii="Times New Roman" w:hAnsi="Times New Roman"/>
                <w:sz w:val="24"/>
                <w:szCs w:val="24"/>
                <w:lang w:val="ru-RU"/>
              </w:rPr>
              <w:t>0-17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.00</w:t>
            </w:r>
          </w:p>
          <w:p w:rsidR="00D97E10" w:rsidRPr="00444ECF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Безпекова компетентність</w:t>
            </w:r>
          </w:p>
          <w:p w:rsidR="00D97E10" w:rsidRDefault="00F9666A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17.00-17.2</w:t>
            </w:r>
            <w:r w:rsidR="00D97E10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конкурси, вікторини.</w:t>
            </w: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D97E10" w:rsidRDefault="00F9666A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</w:t>
            </w:r>
            <w:r w:rsidR="00D97E10">
              <w:rPr>
                <w:rFonts w:ascii="Times New Roman" w:hAnsi="Times New Roman"/>
                <w:sz w:val="24"/>
                <w:szCs w:val="24"/>
                <w:lang w:val="ru-RU"/>
              </w:rPr>
              <w:t>0-18.00</w:t>
            </w:r>
          </w:p>
          <w:p w:rsidR="00D97E10" w:rsidRDefault="00E65FAB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97E10" w:rsidRDefault="00D97E1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D97E10" w:rsidRPr="00C255C3" w:rsidRDefault="00D97E10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</w:tr>
      <w:tr w:rsidR="00B561A3" w:rsidRPr="00C255C3" w:rsidTr="004E462F">
        <w:tc>
          <w:tcPr>
            <w:tcW w:w="675" w:type="dxa"/>
          </w:tcPr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992" w:type="dxa"/>
          </w:tcPr>
          <w:p w:rsidR="00B561A3" w:rsidRPr="00C255C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№9</w:t>
            </w:r>
          </w:p>
        </w:tc>
        <w:tc>
          <w:tcPr>
            <w:tcW w:w="2121" w:type="dxa"/>
          </w:tcPr>
          <w:p w:rsidR="00B561A3" w:rsidRPr="00CA3EA2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Шавріна В.Є.</w:t>
            </w:r>
          </w:p>
        </w:tc>
        <w:tc>
          <w:tcPr>
            <w:tcW w:w="2549" w:type="dxa"/>
          </w:tcPr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15.25-15.35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15.35-15.45</w:t>
            </w:r>
          </w:p>
          <w:p w:rsidR="0084320F" w:rsidRDefault="0084320F" w:rsidP="008432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4320F" w:rsidRDefault="0084320F" w:rsidP="008432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15.45-16.00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16.00-17.00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17.00-17.30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17.30-18.00</w:t>
            </w:r>
          </w:p>
          <w:p w:rsidR="00C60FFA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832F32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</w:tcPr>
          <w:p w:rsidR="00B561A3" w:rsidRDefault="00832F32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15.30</w:t>
            </w:r>
            <w:r w:rsidR="00F90C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-15.40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15.40-15.50</w:t>
            </w:r>
          </w:p>
          <w:p w:rsidR="00F90CE7" w:rsidRDefault="00F90CE7" w:rsidP="00F90CE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F90CE7" w:rsidRDefault="00F90CE7" w:rsidP="00F90CE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15.50-16.05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16.05-17.05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17.05-17.35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D73FF" w:rsidRDefault="004D73FF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17.35</w:t>
            </w:r>
            <w:r w:rsidR="004D73FF">
              <w:rPr>
                <w:rFonts w:ascii="Times New Roman" w:hAnsi="Times New Roman"/>
                <w:sz w:val="24"/>
                <w:szCs w:val="24"/>
                <w:lang w:val="ru-RU"/>
              </w:rPr>
              <w:t>-18.00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Pr="00444ECF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D73FF" w:rsidRDefault="004D73FF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D73FF" w:rsidRDefault="004D73FF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D73FF" w:rsidRDefault="004D73FF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D73FF" w:rsidRDefault="004D73FF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D73FF" w:rsidRDefault="004D73FF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D73FF" w:rsidRDefault="004D73FF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D73FF" w:rsidRDefault="004D73FF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D73FF" w:rsidRDefault="004D73FF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D73FF" w:rsidRDefault="004D73FF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F90CE7" w:rsidRPr="00C255C3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</w:tcPr>
          <w:p w:rsidR="00B561A3" w:rsidRDefault="00832F32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14.35</w:t>
            </w:r>
            <w:r w:rsidR="003F36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-14.45</w:t>
            </w:r>
          </w:p>
          <w:p w:rsidR="00C60FFA" w:rsidRDefault="00C60FFA" w:rsidP="00C60F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60FFA" w:rsidRDefault="00C60FFA" w:rsidP="00C60F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60FFA" w:rsidRDefault="00C60FFA" w:rsidP="00C60F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C60FFA" w:rsidRDefault="00C60FFA" w:rsidP="00C60FF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C60FFA" w:rsidRDefault="00C60FFA" w:rsidP="00C60FF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60FFA" w:rsidRDefault="00C60FFA" w:rsidP="00C60FF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C60FFA" w:rsidRDefault="00C60FFA" w:rsidP="00C60FF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C60FFA" w:rsidRDefault="00C60FFA" w:rsidP="00C60FF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60FFA" w:rsidRDefault="00C60FFA" w:rsidP="00C60F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C60FFA" w:rsidRDefault="00C60FFA" w:rsidP="00C60F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C60FFA" w:rsidRDefault="00C60FFA" w:rsidP="00C60F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60FFA" w:rsidRDefault="00C60FFA" w:rsidP="00C60FF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C60FFA" w:rsidRDefault="00C60FFA" w:rsidP="00C60FF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EB5CC0" w:rsidRDefault="00EB5CC0" w:rsidP="00C60FF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60FFA" w:rsidRDefault="00C60FFA" w:rsidP="00C60FF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16.40-17.10</w:t>
            </w:r>
          </w:p>
          <w:p w:rsidR="00C60FFA" w:rsidRDefault="00C60FFA" w:rsidP="00C60FF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Безпека життєдіяльності.</w:t>
            </w:r>
          </w:p>
          <w:p w:rsidR="00EB5CC0" w:rsidRPr="00444ECF" w:rsidRDefault="00EB5CC0" w:rsidP="00C60FF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60FFA" w:rsidRDefault="00C60FFA" w:rsidP="00C60FF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17.10-17.30</w:t>
            </w:r>
          </w:p>
          <w:p w:rsidR="00EB5CC0" w:rsidRDefault="00C60FFA" w:rsidP="00C60FF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Комунікативний практикум щодо етикету спілкування</w:t>
            </w:r>
          </w:p>
          <w:p w:rsidR="00C60FFA" w:rsidRDefault="00C60FFA" w:rsidP="00C60FF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17.30-18.00</w:t>
            </w:r>
          </w:p>
          <w:p w:rsidR="00EB5CC0" w:rsidRDefault="00EB5CC0" w:rsidP="00EB5CC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C60FFA" w:rsidRDefault="00C60FFA" w:rsidP="00C60FFA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3F3696" w:rsidRPr="00C255C3" w:rsidRDefault="00C60FFA" w:rsidP="00C60F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424" w:type="dxa"/>
          </w:tcPr>
          <w:p w:rsidR="00B561A3" w:rsidRDefault="00832F32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14.30</w:t>
            </w:r>
            <w:r w:rsidR="00F90C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-14.40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14.40-14.50</w:t>
            </w:r>
          </w:p>
          <w:p w:rsidR="00F90CE7" w:rsidRDefault="00F90CE7" w:rsidP="00F90CE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14.50-15.05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15.05-16.05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16.05-16.35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16.35-17.05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Pr="00444ECF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17.05-17.25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конкурси, вікторини.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17.25-18.00</w:t>
            </w:r>
          </w:p>
          <w:p w:rsidR="00F90CE7" w:rsidRDefault="00EB5CC0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F90CE7" w:rsidRPr="00C255C3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552" w:type="dxa"/>
          </w:tcPr>
          <w:p w:rsidR="0084320F" w:rsidRPr="00C65C58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14.30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-14.40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14.40-14.50</w:t>
            </w:r>
          </w:p>
          <w:p w:rsidR="0084320F" w:rsidRDefault="0084320F" w:rsidP="008432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4320F" w:rsidRDefault="0084320F" w:rsidP="008432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14.50-15.05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15.05-16.05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16.05-16.35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C60FFA" w:rsidRDefault="00C60FFA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16.35-17.05</w:t>
            </w:r>
          </w:p>
          <w:p w:rsidR="0084320F" w:rsidRPr="00D8771E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Комунікація без бар</w:t>
            </w:r>
            <w:r w:rsidRPr="00D8771E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єрів </w:t>
            </w:r>
          </w:p>
          <w:p w:rsidR="0084320F" w:rsidRPr="00D8771E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17.05-17.20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Руханки, вікторини, квести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B5CC0" w:rsidRPr="00D8771E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17.20-18.00</w:t>
            </w:r>
          </w:p>
          <w:p w:rsidR="00C60FFA" w:rsidRDefault="00EB5CC0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84320F" w:rsidRPr="00C255C3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</w:tr>
      <w:tr w:rsidR="00B561A3" w:rsidRPr="00C255C3" w:rsidTr="004E462F">
        <w:tc>
          <w:tcPr>
            <w:tcW w:w="675" w:type="dxa"/>
          </w:tcPr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992" w:type="dxa"/>
          </w:tcPr>
          <w:p w:rsidR="00B561A3" w:rsidRPr="00C255C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№10</w:t>
            </w:r>
          </w:p>
        </w:tc>
        <w:tc>
          <w:tcPr>
            <w:tcW w:w="2121" w:type="dxa"/>
          </w:tcPr>
          <w:p w:rsidR="00B561A3" w:rsidRPr="00CA3EA2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Кузнєцова В.О.</w:t>
            </w:r>
          </w:p>
        </w:tc>
        <w:tc>
          <w:tcPr>
            <w:tcW w:w="2549" w:type="dxa"/>
          </w:tcPr>
          <w:p w:rsidR="00B561A3" w:rsidRDefault="00832F32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13.45</w:t>
            </w:r>
            <w:r w:rsidR="002F169E">
              <w:rPr>
                <w:rFonts w:ascii="Times New Roman" w:hAnsi="Times New Roman"/>
                <w:sz w:val="24"/>
                <w:szCs w:val="24"/>
                <w:lang w:val="uk-UA"/>
              </w:rPr>
              <w:t>-13.55</w:t>
            </w:r>
          </w:p>
          <w:p w:rsidR="002F169E" w:rsidRDefault="002F169E" w:rsidP="002F16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F169E" w:rsidRDefault="002F169E" w:rsidP="002F16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F169E" w:rsidRDefault="002F169E" w:rsidP="002F16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13.55-14.05</w:t>
            </w:r>
          </w:p>
          <w:p w:rsidR="002F169E" w:rsidRDefault="002F169E" w:rsidP="002F169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2F169E" w:rsidRDefault="002F169E" w:rsidP="002F169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14.05-14.20</w:t>
            </w: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2F16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14.20-15.20</w:t>
            </w:r>
          </w:p>
          <w:p w:rsidR="002F169E" w:rsidRDefault="002F169E" w:rsidP="002F16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BB1D6E" w:rsidRDefault="00BB1D6E" w:rsidP="002F16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15.20-15.50</w:t>
            </w: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15.50-16.10</w:t>
            </w:r>
          </w:p>
          <w:p w:rsidR="002F169E" w:rsidRPr="00444ECF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44ECF">
              <w:rPr>
                <w:rFonts w:ascii="Times New Roman" w:hAnsi="Times New Roman"/>
                <w:sz w:val="24"/>
                <w:szCs w:val="24"/>
                <w:lang w:val="ru-RU"/>
              </w:rPr>
              <w:t>Цифрова безпека та медіа грамотність: безпечна поведінка в Інтернеті, критичне сприйняття інформації</w:t>
            </w: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16.10-17.10</w:t>
            </w: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Україна і світ.</w:t>
            </w: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Конкурси, вікторини.</w:t>
            </w: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17.10-18.00</w:t>
            </w:r>
          </w:p>
          <w:p w:rsidR="00EB5CC0" w:rsidRDefault="00EB5CC0" w:rsidP="00EB5CC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2F169E" w:rsidRPr="00832F32" w:rsidRDefault="002F169E" w:rsidP="002F169E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265" w:type="dxa"/>
          </w:tcPr>
          <w:p w:rsidR="003F3696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14.35-14.45</w:t>
            </w:r>
          </w:p>
          <w:p w:rsidR="003F3696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F3696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F3696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3F3696" w:rsidRDefault="003F3696" w:rsidP="003F369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3F3696" w:rsidRDefault="003F3696" w:rsidP="003F369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F3696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3F3696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BB1D6E" w:rsidRDefault="00BB1D6E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16.40-17.10</w:t>
            </w:r>
          </w:p>
          <w:p w:rsidR="002F169E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читання.</w:t>
            </w:r>
          </w:p>
          <w:p w:rsidR="00EB5CC0" w:rsidRDefault="00EB5CC0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Default="00EB5CC0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B5CC0" w:rsidRPr="00444ECF" w:rsidRDefault="00EB5CC0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F3696" w:rsidRDefault="00941880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17.10-17.3</w:t>
            </w:r>
            <w:r w:rsidR="003F3696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вікторини «Здоровий спосіб життя»</w:t>
            </w:r>
          </w:p>
          <w:p w:rsidR="00EB5CC0" w:rsidRDefault="00EB5CC0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F3696" w:rsidRDefault="00D84392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17.3</w:t>
            </w:r>
            <w:r w:rsidR="003F3696">
              <w:rPr>
                <w:rFonts w:ascii="Times New Roman" w:hAnsi="Times New Roman"/>
                <w:sz w:val="24"/>
                <w:szCs w:val="24"/>
                <w:lang w:val="ru-RU"/>
              </w:rPr>
              <w:t>0-18.00</w:t>
            </w:r>
          </w:p>
          <w:p w:rsidR="00EB5CC0" w:rsidRDefault="00EB5CC0" w:rsidP="00EB5CC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C92C82" w:rsidRDefault="00C92C82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C255C3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</w:t>
            </w:r>
          </w:p>
        </w:tc>
        <w:tc>
          <w:tcPr>
            <w:tcW w:w="2265" w:type="dxa"/>
          </w:tcPr>
          <w:p w:rsidR="00C92C82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14.35-14.45</w:t>
            </w:r>
          </w:p>
          <w:p w:rsidR="00C92C82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92C82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C92C82" w:rsidRDefault="00C92C82" w:rsidP="00C92C8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C92C82" w:rsidRDefault="00C92C82" w:rsidP="00C92C8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BB1D6E" w:rsidRPr="00941880" w:rsidRDefault="00C92C82" w:rsidP="009418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BB1D6E" w:rsidRDefault="00BB1D6E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16.40-17.10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Безпека життєдіяльності.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B1D6E" w:rsidRDefault="00BB1D6E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Pr="00444ECF" w:rsidRDefault="002F169E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17.10-17.30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Комунікативний практикум щодо етикету спілкування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17.30-18.00</w:t>
            </w:r>
          </w:p>
          <w:p w:rsidR="00EB5CC0" w:rsidRDefault="00EB5CC0" w:rsidP="00EB5CC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2F169E" w:rsidRDefault="002F169E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C255C3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424" w:type="dxa"/>
          </w:tcPr>
          <w:p w:rsidR="00B561A3" w:rsidRDefault="00832F32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14.35</w:t>
            </w:r>
            <w:r w:rsidR="00F90C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-14.45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F90CE7" w:rsidRDefault="00F90CE7" w:rsidP="00F90CE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BB1D6E" w:rsidRDefault="00BB1D6E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16.40-17.10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Pr="00444ECF" w:rsidRDefault="002F169E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17.10-17.25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конкурси, вікторини.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17.25-18.00</w:t>
            </w:r>
          </w:p>
          <w:p w:rsidR="00EB5CC0" w:rsidRDefault="00EB5CC0" w:rsidP="00EB5CC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F90CE7" w:rsidRPr="00C255C3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  <w:tc>
          <w:tcPr>
            <w:tcW w:w="2552" w:type="dxa"/>
          </w:tcPr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14.35-14.45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84320F" w:rsidRDefault="0084320F" w:rsidP="008432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BB1D6E" w:rsidRDefault="00BB1D6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BB1D6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16.40-17.1</w:t>
            </w:r>
            <w:r w:rsidR="0084320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  <w:p w:rsidR="0084320F" w:rsidRPr="00444EC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Безпекова компетентність</w:t>
            </w:r>
          </w:p>
          <w:p w:rsidR="00BB1D6E" w:rsidRDefault="00BB1D6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B1D6E" w:rsidRDefault="00BB1D6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B1D6E" w:rsidRDefault="00BB1D6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BB1D6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17.10-17.2</w:t>
            </w:r>
            <w:r w:rsidR="0084320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конкурси, вікторини.</w:t>
            </w:r>
          </w:p>
          <w:p w:rsidR="002F169E" w:rsidRDefault="002F169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B1D6E" w:rsidRDefault="00BB1D6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BB1D6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17.2</w:t>
            </w:r>
            <w:r w:rsidR="0084320F">
              <w:rPr>
                <w:rFonts w:ascii="Times New Roman" w:hAnsi="Times New Roman"/>
                <w:sz w:val="24"/>
                <w:szCs w:val="24"/>
                <w:lang w:val="ru-RU"/>
              </w:rPr>
              <w:t>0-18.00</w:t>
            </w:r>
          </w:p>
          <w:p w:rsidR="00EB5CC0" w:rsidRDefault="00EB5CC0" w:rsidP="00EB5CC0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2F169E" w:rsidRDefault="002F169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84320F" w:rsidRPr="00C255C3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 робота.</w:t>
            </w:r>
          </w:p>
        </w:tc>
      </w:tr>
      <w:tr w:rsidR="00B561A3" w:rsidRPr="00C255C3" w:rsidTr="004E462F">
        <w:tc>
          <w:tcPr>
            <w:tcW w:w="675" w:type="dxa"/>
          </w:tcPr>
          <w:p w:rsidR="00B561A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992" w:type="dxa"/>
          </w:tcPr>
          <w:p w:rsidR="00B561A3" w:rsidRPr="00C255C3" w:rsidRDefault="00B561A3" w:rsidP="00E66C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№11</w:t>
            </w:r>
          </w:p>
        </w:tc>
        <w:tc>
          <w:tcPr>
            <w:tcW w:w="2121" w:type="dxa"/>
          </w:tcPr>
          <w:p w:rsidR="00B561A3" w:rsidRPr="00CA3EA2" w:rsidRDefault="00B561A3" w:rsidP="00E66CDF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Савченко С.І.</w:t>
            </w:r>
          </w:p>
        </w:tc>
        <w:tc>
          <w:tcPr>
            <w:tcW w:w="2549" w:type="dxa"/>
          </w:tcPr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13.40-13.50</w:t>
            </w:r>
          </w:p>
          <w:p w:rsidR="00292E94" w:rsidRDefault="00292E94" w:rsidP="00292E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Підготовка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92E94" w:rsidRDefault="00292E94" w:rsidP="00292E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92E94" w:rsidRDefault="00292E94" w:rsidP="00292E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13.50-14.00</w:t>
            </w:r>
          </w:p>
          <w:p w:rsidR="00292E94" w:rsidRDefault="00292E94" w:rsidP="00292E9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14.00-14.15</w:t>
            </w: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92E94" w:rsidRDefault="00292E94" w:rsidP="00292E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14.15-15.15</w:t>
            </w:r>
          </w:p>
          <w:p w:rsidR="00292E94" w:rsidRDefault="00292E94" w:rsidP="00292E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15.15-15.45</w:t>
            </w: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873EB1" w:rsidRDefault="00873EB1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15.45-16.20</w:t>
            </w:r>
          </w:p>
          <w:p w:rsidR="00292E94" w:rsidRPr="00444ECF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44EC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Цифрова безпека та </w:t>
            </w:r>
            <w:proofErr w:type="gramStart"/>
            <w:r w:rsidRPr="00444ECF">
              <w:rPr>
                <w:rFonts w:ascii="Times New Roman" w:hAnsi="Times New Roman"/>
                <w:sz w:val="24"/>
                <w:szCs w:val="24"/>
                <w:lang w:val="ru-RU"/>
              </w:rPr>
              <w:t>мед</w:t>
            </w:r>
            <w:proofErr w:type="gramEnd"/>
            <w:r w:rsidRPr="00444EC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іа грамотність: безпечна поведінка в Інтернеті, критичне сприйняття </w:t>
            </w:r>
            <w:r w:rsidRPr="00444ECF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інформації</w:t>
            </w: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16.20-17.00</w:t>
            </w: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Україна і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іт.</w:t>
            </w: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Конкурси, вікторини.</w:t>
            </w: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</w:t>
            </w:r>
            <w:proofErr w:type="gramStart"/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92E94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2F169E" w:rsidRPr="00A771DC" w:rsidRDefault="00292E94" w:rsidP="00292E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робота.</w:t>
            </w:r>
          </w:p>
        </w:tc>
        <w:tc>
          <w:tcPr>
            <w:tcW w:w="2265" w:type="dxa"/>
          </w:tcPr>
          <w:p w:rsidR="003F3696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14.35-14.45</w:t>
            </w:r>
          </w:p>
          <w:p w:rsidR="003F3696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F3696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F3696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3F3696" w:rsidRDefault="003F3696" w:rsidP="003F369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 w:rsidR="002F169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F3696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3F3696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3F3696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873EB1" w:rsidRDefault="00873EB1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16.40-17.10</w:t>
            </w: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читання.</w:t>
            </w: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Pr="00444ECF" w:rsidRDefault="002F169E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F3696" w:rsidRDefault="00B77392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17.10-17.3</w:t>
            </w:r>
            <w:r w:rsidR="003F3696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вікторини «Здоровий спосіб життя»</w:t>
            </w:r>
          </w:p>
          <w:p w:rsidR="002F169E" w:rsidRDefault="002F169E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F3696" w:rsidRDefault="00B77392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</w:t>
            </w:r>
            <w:r w:rsidR="003F3696">
              <w:rPr>
                <w:rFonts w:ascii="Times New Roman" w:hAnsi="Times New Roman"/>
                <w:sz w:val="24"/>
                <w:szCs w:val="24"/>
                <w:lang w:val="ru-RU"/>
              </w:rPr>
              <w:t>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</w:t>
            </w:r>
            <w:proofErr w:type="gramStart"/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F3696" w:rsidRDefault="003F3696" w:rsidP="003F3696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C255C3" w:rsidRDefault="003F3696" w:rsidP="003F36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робота</w:t>
            </w:r>
          </w:p>
        </w:tc>
        <w:tc>
          <w:tcPr>
            <w:tcW w:w="2265" w:type="dxa"/>
          </w:tcPr>
          <w:p w:rsidR="00C92C82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14.35-14.45</w:t>
            </w:r>
          </w:p>
          <w:p w:rsidR="00C92C82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92C82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C92C82" w:rsidRDefault="00C92C82" w:rsidP="00C92C8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 w:rsidR="002F169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C92C82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C92C82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873EB1" w:rsidRDefault="00873EB1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16.40-17.10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Безпека життєдіяльності.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Pr="00444ECF" w:rsidRDefault="002F169E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17.10-17.30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Комунікативний практикум щодо етикету спілкування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17.30-18.00</w:t>
            </w: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 w:rsidR="00846E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</w:t>
            </w:r>
            <w:proofErr w:type="gramStart"/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2F169E" w:rsidRDefault="002F169E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92C82" w:rsidRDefault="00C92C82" w:rsidP="00C92C82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C255C3" w:rsidRDefault="00C92C82" w:rsidP="00C92C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робота.</w:t>
            </w:r>
          </w:p>
        </w:tc>
        <w:tc>
          <w:tcPr>
            <w:tcW w:w="2424" w:type="dxa"/>
          </w:tcPr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14.30-14.40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14.40-14.50</w:t>
            </w:r>
          </w:p>
          <w:p w:rsidR="00F90CE7" w:rsidRDefault="00F90CE7" w:rsidP="002F169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14.50-15.05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15.05-16.05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F90CE7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16.05-16.35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16.35-17.05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Позакласне читання.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82981" w:rsidRDefault="00982981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Pr="00444ECF" w:rsidRDefault="002F169E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17.05-17.25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конкурси, вікторини.</w:t>
            </w: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17.25-18.00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</w:t>
            </w:r>
            <w:proofErr w:type="gramStart"/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052204" w:rsidRDefault="00052204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90CE7" w:rsidRDefault="00F90CE7" w:rsidP="00F90CE7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B561A3" w:rsidRPr="00C255C3" w:rsidRDefault="00F90CE7" w:rsidP="00F90C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робота.</w:t>
            </w:r>
          </w:p>
        </w:tc>
        <w:tc>
          <w:tcPr>
            <w:tcW w:w="2552" w:type="dxa"/>
          </w:tcPr>
          <w:p w:rsidR="0084320F" w:rsidRPr="0084320F" w:rsidRDefault="00292E94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14.3</w:t>
            </w:r>
            <w:r w:rsidR="00832F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-14.4</w:t>
            </w:r>
            <w:r w:rsidR="008432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Організація виховного процесу.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Індивідуальна взаємодія з учнями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ідготовка учнів до онлайн-занять.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4320F" w:rsidRDefault="00292E94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14.45-14.55</w:t>
            </w:r>
          </w:p>
          <w:p w:rsidR="0084320F" w:rsidRDefault="0084320F" w:rsidP="0084320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Емоційне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налаштування</w:t>
            </w:r>
            <w:r w:rsidR="002F169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4320F" w:rsidRDefault="00292E94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14.55-15.10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>Фонетична зарядка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85C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розмовна 10-ти хвилинка. 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292E94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15.10-16.10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Самопідготовка</w:t>
            </w:r>
          </w:p>
          <w:p w:rsidR="0084320F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4320F" w:rsidRDefault="00292E94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16.10-16.40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Виховна бесіда.</w:t>
            </w:r>
          </w:p>
          <w:p w:rsidR="000D46E8" w:rsidRDefault="000D46E8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292E94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16.40-17.00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Безпекова компетентність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Pr="00444ECF" w:rsidRDefault="002F169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17.00</w:t>
            </w:r>
            <w:r w:rsidR="00292E94">
              <w:rPr>
                <w:rFonts w:ascii="Times New Roman" w:hAnsi="Times New Roman"/>
                <w:sz w:val="24"/>
                <w:szCs w:val="24"/>
                <w:lang w:val="ru-RU"/>
              </w:rPr>
              <w:t>-17.20</w:t>
            </w: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Руханки, конкурси, квести, вікторини.</w:t>
            </w:r>
          </w:p>
          <w:p w:rsidR="002F169E" w:rsidRDefault="002F169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F169E" w:rsidRDefault="002F169E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292E94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17.2</w:t>
            </w:r>
            <w:r w:rsidR="0084320F">
              <w:rPr>
                <w:rFonts w:ascii="Times New Roman" w:hAnsi="Times New Roman"/>
                <w:sz w:val="24"/>
                <w:szCs w:val="24"/>
                <w:lang w:val="ru-RU"/>
              </w:rPr>
              <w:t>0-18.00</w:t>
            </w:r>
          </w:p>
          <w:p w:rsidR="00846E79" w:rsidRDefault="00846E79" w:rsidP="00846E79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Консультації для  батьків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(інших законних представників) </w:t>
            </w:r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школярі</w:t>
            </w:r>
            <w:proofErr w:type="gramStart"/>
            <w:r w:rsidRPr="00555AF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C92C82" w:rsidRDefault="00C92C82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320F" w:rsidRDefault="0084320F" w:rsidP="0084320F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18.00-18.30</w:t>
            </w:r>
          </w:p>
          <w:p w:rsidR="0084320F" w:rsidRPr="00C255C3" w:rsidRDefault="0084320F" w:rsidP="008432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Методична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робота.</w:t>
            </w:r>
          </w:p>
        </w:tc>
      </w:tr>
    </w:tbl>
    <w:p w:rsidR="00846E79" w:rsidRDefault="00846E79" w:rsidP="00F06DD1">
      <w:pPr>
        <w:pStyle w:val="a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280FC7" w:rsidRPr="00846E79" w:rsidRDefault="00F06DD1" w:rsidP="00846E79">
      <w:pPr>
        <w:pStyle w:val="a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E79">
        <w:rPr>
          <w:rFonts w:ascii="Times New Roman" w:hAnsi="Times New Roman" w:cs="Times New Roman"/>
          <w:i/>
          <w:sz w:val="28"/>
          <w:szCs w:val="28"/>
          <w:lang w:val="uk-UA"/>
        </w:rPr>
        <w:t>* Організації виховної роботи вихователів:</w:t>
      </w:r>
      <w:r w:rsidRPr="00846E79">
        <w:rPr>
          <w:rFonts w:ascii="Times New Roman" w:hAnsi="Times New Roman" w:cs="Times New Roman"/>
          <w:sz w:val="28"/>
          <w:szCs w:val="28"/>
          <w:lang w:val="uk-UA"/>
        </w:rPr>
        <w:t xml:space="preserve"> онлайн-взаємодія вихователя з учнями чергується із самостійною діяльністю, руховими паузами та відпочинком </w:t>
      </w:r>
      <w:r w:rsidR="00846E79">
        <w:rPr>
          <w:rFonts w:ascii="Times New Roman" w:hAnsi="Times New Roman" w:cs="Times New Roman"/>
          <w:sz w:val="28"/>
          <w:szCs w:val="28"/>
          <w:lang w:val="uk-UA"/>
        </w:rPr>
        <w:t>поза межами</w:t>
      </w:r>
      <w:r w:rsidRPr="00846E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6E79" w:rsidRPr="00846E79">
        <w:rPr>
          <w:rFonts w:ascii="Times New Roman" w:hAnsi="Times New Roman" w:cs="Times New Roman"/>
          <w:sz w:val="28"/>
          <w:szCs w:val="28"/>
          <w:lang w:val="uk-UA"/>
        </w:rPr>
        <w:t>екран</w:t>
      </w:r>
      <w:r w:rsidR="00846E7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46E7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F169E">
        <w:rPr>
          <w:rFonts w:ascii="Times New Roman" w:hAnsi="Times New Roman" w:cs="Times New Roman"/>
          <w:sz w:val="28"/>
          <w:szCs w:val="28"/>
          <w:lang w:val="ru-RU"/>
        </w:rPr>
        <w:t xml:space="preserve">Вихователями у </w:t>
      </w:r>
      <w:proofErr w:type="gramStart"/>
      <w:r w:rsidR="002F169E">
        <w:rPr>
          <w:rFonts w:ascii="Times New Roman" w:hAnsi="Times New Roman" w:cs="Times New Roman"/>
          <w:sz w:val="28"/>
          <w:szCs w:val="28"/>
          <w:lang w:val="ru-RU"/>
        </w:rPr>
        <w:t>синхронному</w:t>
      </w:r>
      <w:proofErr w:type="gramEnd"/>
      <w:r w:rsidR="002F169E">
        <w:rPr>
          <w:rFonts w:ascii="Times New Roman" w:hAnsi="Times New Roman" w:cs="Times New Roman"/>
          <w:sz w:val="28"/>
          <w:szCs w:val="28"/>
          <w:lang w:val="ru-RU"/>
        </w:rPr>
        <w:t xml:space="preserve"> режимі проводяться наступні види занять</w:t>
      </w:r>
      <w:r w:rsidRPr="00240C46">
        <w:rPr>
          <w:rFonts w:ascii="Times New Roman" w:hAnsi="Times New Roman" w:cs="Times New Roman"/>
          <w:sz w:val="28"/>
          <w:szCs w:val="28"/>
          <w:lang w:val="ru-RU"/>
        </w:rPr>
        <w:t>: фонетична зарядка, розмовна 10-хвилинка, самопідготовка (виконання домашніх завдань), виховна бесіда</w:t>
      </w:r>
      <w:r w:rsidR="002F169E">
        <w:rPr>
          <w:rFonts w:ascii="Times New Roman" w:hAnsi="Times New Roman" w:cs="Times New Roman"/>
          <w:sz w:val="28"/>
          <w:szCs w:val="28"/>
          <w:lang w:val="ru-RU"/>
        </w:rPr>
        <w:t>, позакласне читання</w:t>
      </w:r>
      <w:r w:rsidRPr="00240C4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sectPr w:rsidR="00280FC7" w:rsidRPr="00846E79" w:rsidSect="00034616">
      <w:pgSz w:w="16838" w:h="11906" w:orient="landscape"/>
      <w:pgMar w:top="737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5496228"/>
    <w:multiLevelType w:val="hybridMultilevel"/>
    <w:tmpl w:val="AB72D0C6"/>
    <w:lvl w:ilvl="0" w:tplc="7A16429C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0B480E"/>
    <w:multiLevelType w:val="hybridMultilevel"/>
    <w:tmpl w:val="AEFEC814"/>
    <w:lvl w:ilvl="0" w:tplc="44FA8012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20"/>
  <w:hyphenationZone w:val="425"/>
  <w:characterSpacingControl w:val="doNotCompress"/>
  <w:compat>
    <w:useFELayout/>
  </w:compat>
  <w:rsids>
    <w:rsidRoot w:val="00B47730"/>
    <w:rsid w:val="00001371"/>
    <w:rsid w:val="00034616"/>
    <w:rsid w:val="0004143B"/>
    <w:rsid w:val="00051A42"/>
    <w:rsid w:val="00052204"/>
    <w:rsid w:val="0006063C"/>
    <w:rsid w:val="0009067D"/>
    <w:rsid w:val="00093BF1"/>
    <w:rsid w:val="000D46E8"/>
    <w:rsid w:val="000E06C0"/>
    <w:rsid w:val="000E16BA"/>
    <w:rsid w:val="000E1B33"/>
    <w:rsid w:val="00132CA9"/>
    <w:rsid w:val="0015074B"/>
    <w:rsid w:val="001B3FA6"/>
    <w:rsid w:val="001E51BB"/>
    <w:rsid w:val="00205F77"/>
    <w:rsid w:val="002331DD"/>
    <w:rsid w:val="00240C46"/>
    <w:rsid w:val="00280FC7"/>
    <w:rsid w:val="00292E94"/>
    <w:rsid w:val="0029639D"/>
    <w:rsid w:val="002C3E71"/>
    <w:rsid w:val="002F169E"/>
    <w:rsid w:val="002F2A9D"/>
    <w:rsid w:val="0031041E"/>
    <w:rsid w:val="00326F90"/>
    <w:rsid w:val="00386D3A"/>
    <w:rsid w:val="003A3749"/>
    <w:rsid w:val="003F3696"/>
    <w:rsid w:val="004154F8"/>
    <w:rsid w:val="00420B1F"/>
    <w:rsid w:val="00444ECF"/>
    <w:rsid w:val="00462798"/>
    <w:rsid w:val="004856F9"/>
    <w:rsid w:val="004A6FD8"/>
    <w:rsid w:val="004D73FF"/>
    <w:rsid w:val="004E462F"/>
    <w:rsid w:val="004F5924"/>
    <w:rsid w:val="00517E8A"/>
    <w:rsid w:val="0055413F"/>
    <w:rsid w:val="00555AF9"/>
    <w:rsid w:val="005B1CF0"/>
    <w:rsid w:val="00633614"/>
    <w:rsid w:val="006C573C"/>
    <w:rsid w:val="006F60D2"/>
    <w:rsid w:val="00710AC8"/>
    <w:rsid w:val="00742842"/>
    <w:rsid w:val="00754E1D"/>
    <w:rsid w:val="007F19F0"/>
    <w:rsid w:val="007F1A17"/>
    <w:rsid w:val="00832F32"/>
    <w:rsid w:val="0084320F"/>
    <w:rsid w:val="00846E79"/>
    <w:rsid w:val="00873EB1"/>
    <w:rsid w:val="00941880"/>
    <w:rsid w:val="00982981"/>
    <w:rsid w:val="009E38E0"/>
    <w:rsid w:val="009E5941"/>
    <w:rsid w:val="00A37E03"/>
    <w:rsid w:val="00A601B8"/>
    <w:rsid w:val="00A91E57"/>
    <w:rsid w:val="00AA1D8D"/>
    <w:rsid w:val="00B03D89"/>
    <w:rsid w:val="00B47730"/>
    <w:rsid w:val="00B561A3"/>
    <w:rsid w:val="00B56B92"/>
    <w:rsid w:val="00B77392"/>
    <w:rsid w:val="00BB1D6E"/>
    <w:rsid w:val="00BC34E6"/>
    <w:rsid w:val="00C14606"/>
    <w:rsid w:val="00C161FF"/>
    <w:rsid w:val="00C255C3"/>
    <w:rsid w:val="00C60FFA"/>
    <w:rsid w:val="00C65C58"/>
    <w:rsid w:val="00C92C82"/>
    <w:rsid w:val="00CA3EA2"/>
    <w:rsid w:val="00CB0664"/>
    <w:rsid w:val="00D84392"/>
    <w:rsid w:val="00D85C7A"/>
    <w:rsid w:val="00D8771E"/>
    <w:rsid w:val="00D97E10"/>
    <w:rsid w:val="00DB0F4E"/>
    <w:rsid w:val="00E65FAB"/>
    <w:rsid w:val="00E66CDF"/>
    <w:rsid w:val="00E67CD2"/>
    <w:rsid w:val="00E873C3"/>
    <w:rsid w:val="00E939B8"/>
    <w:rsid w:val="00EB5CC0"/>
    <w:rsid w:val="00ED4BFA"/>
    <w:rsid w:val="00F06DD1"/>
    <w:rsid w:val="00F63527"/>
    <w:rsid w:val="00F90CE7"/>
    <w:rsid w:val="00F9666A"/>
    <w:rsid w:val="00FA6214"/>
    <w:rsid w:val="00FC069F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0EE5B0-7FF2-4B99-8D42-0AC859F90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15</Pages>
  <Words>17803</Words>
  <Characters>10148</Characters>
  <Application>Microsoft Office Word</Application>
  <DocSecurity>0</DocSecurity>
  <Lines>84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27896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89</cp:revision>
  <cp:lastPrinted>2026-09-09T06:54:00Z</cp:lastPrinted>
  <dcterms:created xsi:type="dcterms:W3CDTF">2013-12-23T23:15:00Z</dcterms:created>
  <dcterms:modified xsi:type="dcterms:W3CDTF">2026-09-09T07:13:00Z</dcterms:modified>
  <cp:category/>
</cp:coreProperties>
</file>